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507866" w14:textId="77777777" w:rsidR="00A35289" w:rsidRPr="009F49B8" w:rsidRDefault="00000000" w:rsidP="003D070F">
      <w:pPr>
        <w:spacing w:after="0" w:line="240" w:lineRule="auto"/>
        <w:jc w:val="center"/>
        <w:rPr>
          <w:rFonts w:ascii="Aptos" w:hAnsi="Aptos"/>
          <w:szCs w:val="24"/>
          <w:lang w:val="es-MX"/>
        </w:rPr>
      </w:pPr>
      <w:r w:rsidRPr="009F49B8">
        <w:rPr>
          <w:rFonts w:ascii="Aptos" w:hAnsi="Aptos"/>
          <w:b/>
          <w:szCs w:val="24"/>
          <w:lang w:val="es-MX"/>
        </w:rPr>
        <w:t>Anexo C.1</w:t>
      </w:r>
    </w:p>
    <w:p w14:paraId="3427980E" w14:textId="77777777" w:rsidR="00A35289" w:rsidRDefault="00000000" w:rsidP="003D070F">
      <w:pPr>
        <w:spacing w:after="0" w:line="240" w:lineRule="auto"/>
        <w:jc w:val="center"/>
        <w:rPr>
          <w:rFonts w:ascii="Aptos" w:hAnsi="Aptos"/>
          <w:b/>
          <w:szCs w:val="24"/>
          <w:lang w:val="es-MX"/>
        </w:rPr>
      </w:pPr>
      <w:r w:rsidRPr="009F49B8">
        <w:rPr>
          <w:rFonts w:ascii="Aptos" w:hAnsi="Aptos"/>
          <w:b/>
          <w:szCs w:val="24"/>
          <w:lang w:val="es-MX"/>
        </w:rPr>
        <w:t>Modelo de la Carta de Oferta para el Financiamiento BANOBRAS A</w:t>
      </w:r>
    </w:p>
    <w:p w14:paraId="590A17A8" w14:textId="77777777" w:rsidR="003D070F" w:rsidRPr="009F49B8" w:rsidRDefault="003D070F" w:rsidP="009F49B8">
      <w:pPr>
        <w:spacing w:after="0" w:line="240" w:lineRule="auto"/>
        <w:jc w:val="center"/>
        <w:rPr>
          <w:rFonts w:ascii="Aptos" w:hAnsi="Aptos"/>
          <w:szCs w:val="24"/>
          <w:lang w:val="es-MX"/>
        </w:rPr>
      </w:pPr>
    </w:p>
    <w:p w14:paraId="39F60484" w14:textId="77777777" w:rsidR="00A35289" w:rsidRPr="009F49B8" w:rsidRDefault="00000000" w:rsidP="009F49B8">
      <w:pPr>
        <w:spacing w:after="0" w:line="240" w:lineRule="auto"/>
        <w:jc w:val="right"/>
        <w:rPr>
          <w:rFonts w:ascii="Aptos" w:hAnsi="Aptos"/>
          <w:szCs w:val="24"/>
          <w:lang w:val="es-MX"/>
        </w:rPr>
      </w:pPr>
      <w:r w:rsidRPr="009F49B8">
        <w:rPr>
          <w:rFonts w:ascii="Aptos" w:hAnsi="Aptos"/>
          <w:i/>
          <w:szCs w:val="24"/>
          <w:lang w:val="es-MX"/>
        </w:rPr>
        <w:t>[Lugar y Fecha de Expedición]</w:t>
      </w:r>
    </w:p>
    <w:p w14:paraId="60B651C6" w14:textId="77777777" w:rsidR="003D070F" w:rsidRDefault="003D070F" w:rsidP="003D070F">
      <w:pPr>
        <w:spacing w:after="0" w:line="240" w:lineRule="auto"/>
        <w:jc w:val="both"/>
        <w:rPr>
          <w:rFonts w:ascii="Aptos" w:hAnsi="Aptos"/>
          <w:b/>
          <w:szCs w:val="24"/>
          <w:lang w:val="es-MX"/>
        </w:rPr>
      </w:pPr>
    </w:p>
    <w:p w14:paraId="2E181BCA" w14:textId="7F0AE9BF" w:rsidR="00A35289" w:rsidRPr="009F49B8" w:rsidRDefault="00000000" w:rsidP="003D070F">
      <w:pPr>
        <w:spacing w:after="0" w:line="240" w:lineRule="auto"/>
        <w:jc w:val="both"/>
        <w:rPr>
          <w:rFonts w:ascii="Aptos" w:hAnsi="Aptos"/>
          <w:szCs w:val="24"/>
          <w:lang w:val="es-MX"/>
        </w:rPr>
      </w:pPr>
      <w:r w:rsidRPr="009F49B8">
        <w:rPr>
          <w:rFonts w:ascii="Aptos" w:hAnsi="Aptos"/>
          <w:b/>
          <w:szCs w:val="24"/>
          <w:lang w:val="es-MX"/>
        </w:rPr>
        <w:t>Mtro. José de Jesús Granillo Vázquez</w:t>
      </w:r>
    </w:p>
    <w:p w14:paraId="6DEED412" w14:textId="77777777" w:rsidR="00A35289" w:rsidRPr="009F49B8" w:rsidRDefault="00000000" w:rsidP="003D070F">
      <w:pPr>
        <w:spacing w:after="0" w:line="240" w:lineRule="auto"/>
        <w:jc w:val="both"/>
        <w:rPr>
          <w:rFonts w:ascii="Aptos" w:hAnsi="Aptos"/>
          <w:szCs w:val="24"/>
          <w:lang w:val="es-MX"/>
        </w:rPr>
      </w:pPr>
      <w:r w:rsidRPr="009F49B8">
        <w:rPr>
          <w:rFonts w:ascii="Aptos" w:hAnsi="Aptos"/>
          <w:b/>
          <w:szCs w:val="24"/>
          <w:lang w:val="es-MX"/>
        </w:rPr>
        <w:t>Secretario de Hacienda</w:t>
      </w:r>
    </w:p>
    <w:p w14:paraId="7E4A9F83" w14:textId="77777777" w:rsidR="00A35289" w:rsidRPr="009F49B8" w:rsidRDefault="00000000" w:rsidP="003D070F">
      <w:pPr>
        <w:spacing w:after="0" w:line="240" w:lineRule="auto"/>
        <w:jc w:val="both"/>
        <w:rPr>
          <w:rFonts w:ascii="Aptos" w:hAnsi="Aptos"/>
          <w:szCs w:val="24"/>
          <w:lang w:val="es-MX"/>
        </w:rPr>
      </w:pPr>
      <w:r w:rsidRPr="009F49B8">
        <w:rPr>
          <w:rFonts w:ascii="Aptos" w:hAnsi="Aptos"/>
          <w:b/>
          <w:szCs w:val="24"/>
          <w:lang w:val="es-MX"/>
        </w:rPr>
        <w:t>Gobierno del Estado de Chihuahua</w:t>
      </w:r>
    </w:p>
    <w:p w14:paraId="0FD650DD" w14:textId="1B949E62" w:rsidR="00A35289" w:rsidRPr="009F49B8" w:rsidRDefault="00000000" w:rsidP="003D070F">
      <w:pPr>
        <w:spacing w:after="0" w:line="240" w:lineRule="auto"/>
        <w:jc w:val="both"/>
        <w:rPr>
          <w:rFonts w:ascii="Aptos" w:hAnsi="Aptos"/>
          <w:szCs w:val="24"/>
          <w:lang w:val="es-MX"/>
        </w:rPr>
      </w:pPr>
      <w:r w:rsidRPr="009F49B8">
        <w:rPr>
          <w:rFonts w:ascii="Aptos" w:hAnsi="Aptos"/>
          <w:b/>
          <w:szCs w:val="24"/>
          <w:lang w:val="es-MX"/>
        </w:rPr>
        <w:t>Presente</w:t>
      </w:r>
    </w:p>
    <w:p w14:paraId="2BE8F3E5" w14:textId="77777777" w:rsidR="00A35289" w:rsidRPr="009F49B8" w:rsidRDefault="00A35289" w:rsidP="009F49B8">
      <w:pPr>
        <w:spacing w:after="0" w:line="240" w:lineRule="auto"/>
        <w:rPr>
          <w:rFonts w:ascii="Aptos" w:hAnsi="Aptos"/>
          <w:szCs w:val="24"/>
          <w:lang w:val="es-MX"/>
        </w:rPr>
      </w:pPr>
    </w:p>
    <w:p w14:paraId="22E16838" w14:textId="77777777" w:rsidR="00A35289" w:rsidRPr="009F49B8" w:rsidRDefault="00000000" w:rsidP="009F49B8">
      <w:pPr>
        <w:spacing w:after="0" w:line="240" w:lineRule="auto"/>
        <w:jc w:val="both"/>
        <w:rPr>
          <w:rFonts w:ascii="Aptos" w:hAnsi="Aptos"/>
          <w:szCs w:val="24"/>
          <w:lang w:val="es-MX"/>
        </w:rPr>
      </w:pPr>
      <w:r w:rsidRPr="009F49B8">
        <w:rPr>
          <w:rFonts w:ascii="Aptos" w:hAnsi="Aptos"/>
          <w:b/>
          <w:szCs w:val="24"/>
          <w:lang w:val="es-MX"/>
        </w:rPr>
        <w:t>Re. Oferta irrevocable para la contratación de un Instrumento Derivado en la modalidad CAP SPREAD para el Financiamiento BANOBRAS A, Licitación Pública No. SH/LPDP/009/2026.</w:t>
      </w:r>
    </w:p>
    <w:p w14:paraId="2675499C" w14:textId="77777777" w:rsidR="003D070F" w:rsidRDefault="003D070F" w:rsidP="003D070F">
      <w:pPr>
        <w:spacing w:after="0" w:line="240" w:lineRule="auto"/>
        <w:jc w:val="both"/>
        <w:rPr>
          <w:rFonts w:ascii="Aptos" w:hAnsi="Aptos"/>
          <w:szCs w:val="24"/>
          <w:lang w:val="es-MX"/>
        </w:rPr>
      </w:pPr>
    </w:p>
    <w:p w14:paraId="3C67DF85" w14:textId="47E49001" w:rsidR="00A35289" w:rsidRPr="009F49B8" w:rsidRDefault="00000000" w:rsidP="009F49B8">
      <w:pPr>
        <w:spacing w:after="0" w:line="240" w:lineRule="auto"/>
        <w:jc w:val="both"/>
        <w:rPr>
          <w:rFonts w:ascii="Aptos" w:hAnsi="Aptos"/>
          <w:szCs w:val="24"/>
          <w:lang w:val="es-MX"/>
        </w:rPr>
      </w:pPr>
      <w:r w:rsidRPr="009F49B8">
        <w:rPr>
          <w:rFonts w:ascii="Aptos" w:hAnsi="Aptos"/>
          <w:szCs w:val="24"/>
          <w:lang w:val="es-MX"/>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SH/LPDP/009/2026,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BANOBRAS A, en términos de lo establecido en la Convocatoria.</w:t>
      </w:r>
    </w:p>
    <w:p w14:paraId="626141CC" w14:textId="77777777" w:rsidR="006B6CD2" w:rsidRDefault="006B6CD2" w:rsidP="009F49B8">
      <w:pPr>
        <w:spacing w:after="0" w:line="240" w:lineRule="auto"/>
        <w:jc w:val="both"/>
        <w:rPr>
          <w:rFonts w:ascii="Aptos" w:hAnsi="Aptos"/>
          <w:szCs w:val="24"/>
          <w:lang w:val="es-MX"/>
        </w:rPr>
      </w:pPr>
    </w:p>
    <w:p w14:paraId="77F6CD7A" w14:textId="2ADFAF9F" w:rsidR="00A35289" w:rsidRPr="009F49B8" w:rsidRDefault="00000000" w:rsidP="009F49B8">
      <w:pPr>
        <w:spacing w:after="0" w:line="240" w:lineRule="auto"/>
        <w:jc w:val="both"/>
        <w:rPr>
          <w:rFonts w:ascii="Aptos" w:hAnsi="Aptos"/>
          <w:szCs w:val="24"/>
          <w:lang w:val="es-MX"/>
        </w:rPr>
      </w:pPr>
      <w:r w:rsidRPr="009F49B8">
        <w:rPr>
          <w:rFonts w:ascii="Aptos" w:hAnsi="Aptos"/>
          <w:szCs w:val="24"/>
          <w:lang w:val="es-MX"/>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BANOBRAS A.</w:t>
      </w:r>
    </w:p>
    <w:p w14:paraId="045FD59E" w14:textId="77777777" w:rsidR="003D070F" w:rsidRDefault="003D070F" w:rsidP="003D070F">
      <w:pPr>
        <w:spacing w:after="0" w:line="240" w:lineRule="auto"/>
        <w:jc w:val="both"/>
        <w:rPr>
          <w:rFonts w:ascii="Aptos" w:hAnsi="Aptos"/>
          <w:szCs w:val="24"/>
          <w:lang w:val="es-MX"/>
        </w:rPr>
      </w:pPr>
    </w:p>
    <w:p w14:paraId="5235AB31" w14:textId="055E0E86" w:rsidR="00A35289" w:rsidRPr="009F49B8" w:rsidRDefault="00000000" w:rsidP="009F49B8">
      <w:pPr>
        <w:spacing w:after="0" w:line="240" w:lineRule="auto"/>
        <w:jc w:val="both"/>
        <w:rPr>
          <w:rFonts w:ascii="Aptos" w:hAnsi="Aptos"/>
          <w:szCs w:val="24"/>
          <w:lang w:val="es-MX"/>
        </w:rPr>
      </w:pPr>
      <w:r w:rsidRPr="009F49B8">
        <w:rPr>
          <w:rFonts w:ascii="Aptos" w:hAnsi="Aptos"/>
          <w:szCs w:val="24"/>
          <w:lang w:val="es-MX"/>
        </w:rPr>
        <w:t>La Institución Financiera que represento (representamos) manifiesta que la presente Oferta constituye una oferta en firme, vinculante e irrevocable, con una vigencia hasta las 16:00 horas del 30 de septiembre de 2026, según se especifica en la Convocatoria, bajo los siguientes términos y condiciones.</w:t>
      </w:r>
    </w:p>
    <w:p w14:paraId="0F96E519" w14:textId="77777777" w:rsidR="006B6CD2" w:rsidRDefault="006B6CD2" w:rsidP="009F49B8">
      <w:pPr>
        <w:spacing w:after="0" w:line="240" w:lineRule="auto"/>
        <w:jc w:val="both"/>
        <w:rPr>
          <w:rFonts w:ascii="Aptos" w:hAnsi="Aptos"/>
          <w:b/>
          <w:szCs w:val="24"/>
          <w:lang w:val="es-MX"/>
        </w:rPr>
      </w:pPr>
    </w:p>
    <w:p w14:paraId="6FF569F7" w14:textId="4130FE41" w:rsidR="00A35289" w:rsidRPr="009F49B8" w:rsidRDefault="00000000" w:rsidP="009F49B8">
      <w:pPr>
        <w:spacing w:after="0" w:line="240" w:lineRule="auto"/>
        <w:jc w:val="both"/>
        <w:rPr>
          <w:rFonts w:ascii="Aptos" w:hAnsi="Aptos"/>
          <w:szCs w:val="24"/>
          <w:lang w:val="es-MX"/>
        </w:rPr>
      </w:pPr>
      <w:r w:rsidRPr="009F49B8">
        <w:rPr>
          <w:rFonts w:ascii="Aptos" w:hAnsi="Aptos"/>
          <w:b/>
          <w:szCs w:val="24"/>
          <w:lang w:val="es-MX"/>
        </w:rPr>
        <w:t>Aspectos de la Oferta.</w:t>
      </w:r>
    </w:p>
    <w:p w14:paraId="38F84A98" w14:textId="77777777" w:rsidR="003D070F" w:rsidRDefault="003D070F" w:rsidP="003D070F">
      <w:pPr>
        <w:spacing w:after="0" w:line="240" w:lineRule="auto"/>
        <w:jc w:val="both"/>
        <w:rPr>
          <w:rFonts w:ascii="Aptos" w:hAnsi="Aptos"/>
          <w:szCs w:val="24"/>
          <w:lang w:val="es-MX"/>
        </w:rPr>
      </w:pPr>
    </w:p>
    <w:p w14:paraId="34EF098A" w14:textId="4A97B49A" w:rsidR="00A35289" w:rsidRPr="009F49B8" w:rsidRDefault="00000000" w:rsidP="009F49B8">
      <w:pPr>
        <w:spacing w:after="0" w:line="240" w:lineRule="auto"/>
        <w:jc w:val="both"/>
        <w:rPr>
          <w:rFonts w:ascii="Aptos" w:hAnsi="Aptos"/>
          <w:b/>
          <w:bCs/>
          <w:szCs w:val="24"/>
          <w:lang w:val="es-MX"/>
        </w:rPr>
      </w:pPr>
      <w:r w:rsidRPr="009F49B8">
        <w:rPr>
          <w:rFonts w:ascii="Aptos" w:hAnsi="Aptos"/>
          <w:b/>
          <w:bCs/>
          <w:szCs w:val="24"/>
          <w:lang w:val="es-MX"/>
        </w:rPr>
        <w:t>La contraprestación o Prima por la contratación del Instrumento Derivado referido en la presente Oferta será por la cantidad de $[*] M.N. ([*] pesos [*]/100 Moneda Nacional).</w:t>
      </w:r>
    </w:p>
    <w:p w14:paraId="0FED175E" w14:textId="77777777" w:rsidR="003D070F" w:rsidRDefault="003D070F" w:rsidP="003D070F">
      <w:pPr>
        <w:spacing w:after="0" w:line="240" w:lineRule="auto"/>
        <w:jc w:val="both"/>
        <w:rPr>
          <w:rFonts w:ascii="Aptos" w:hAnsi="Aptos"/>
          <w:b/>
          <w:szCs w:val="24"/>
          <w:lang w:val="es-MX"/>
        </w:rPr>
      </w:pPr>
    </w:p>
    <w:p w14:paraId="514DC0AF" w14:textId="5535E709" w:rsidR="00A35289" w:rsidRDefault="00000000" w:rsidP="003D070F">
      <w:pPr>
        <w:spacing w:after="0" w:line="240" w:lineRule="auto"/>
        <w:jc w:val="both"/>
        <w:rPr>
          <w:rFonts w:ascii="Aptos" w:hAnsi="Aptos"/>
          <w:b/>
          <w:szCs w:val="24"/>
          <w:lang w:val="es-MX"/>
        </w:rPr>
      </w:pPr>
      <w:r w:rsidRPr="009F49B8">
        <w:rPr>
          <w:rFonts w:ascii="Aptos" w:hAnsi="Aptos"/>
          <w:b/>
          <w:szCs w:val="24"/>
          <w:lang w:val="es-MX"/>
        </w:rPr>
        <w:t>Características del Instrumento Derivado.</w:t>
      </w:r>
    </w:p>
    <w:p w14:paraId="4D84A0FA" w14:textId="77777777" w:rsidR="003D070F" w:rsidRPr="009F49B8" w:rsidRDefault="003D070F" w:rsidP="009F49B8">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262"/>
        <w:gridCol w:w="6081"/>
      </w:tblGrid>
      <w:tr w:rsidR="00A35289" w:rsidRPr="006B6CD2" w14:paraId="352C6336" w14:textId="77777777" w:rsidTr="009F49B8">
        <w:trPr>
          <w:jc w:val="center"/>
        </w:trPr>
        <w:tc>
          <w:tcPr>
            <w:tcW w:w="3262" w:type="dxa"/>
            <w:shd w:val="clear" w:color="auto" w:fill="E7E6E6"/>
            <w:tcMar>
              <w:top w:w="70" w:type="dxa"/>
              <w:left w:w="90" w:type="dxa"/>
              <w:bottom w:w="70" w:type="dxa"/>
              <w:right w:w="90" w:type="dxa"/>
            </w:tcMar>
            <w:vAlign w:val="center"/>
          </w:tcPr>
          <w:p w14:paraId="2EE5D357" w14:textId="77777777" w:rsidR="00A35289" w:rsidRPr="009F49B8" w:rsidRDefault="00000000" w:rsidP="003D070F">
            <w:pPr>
              <w:jc w:val="both"/>
              <w:rPr>
                <w:rFonts w:ascii="Aptos" w:hAnsi="Aptos"/>
                <w:szCs w:val="24"/>
                <w:lang w:val="es-MX"/>
              </w:rPr>
            </w:pPr>
            <w:r w:rsidRPr="009F49B8">
              <w:rPr>
                <w:rFonts w:ascii="Aptos" w:hAnsi="Aptos"/>
                <w:b/>
                <w:szCs w:val="24"/>
                <w:lang w:val="es-MX"/>
              </w:rPr>
              <w:lastRenderedPageBreak/>
              <w:t>Tipo de Instrumento Derivado</w:t>
            </w:r>
          </w:p>
        </w:tc>
        <w:tc>
          <w:tcPr>
            <w:tcW w:w="6081" w:type="dxa"/>
            <w:tcMar>
              <w:top w:w="70" w:type="dxa"/>
              <w:left w:w="90" w:type="dxa"/>
              <w:bottom w:w="70" w:type="dxa"/>
              <w:right w:w="90" w:type="dxa"/>
            </w:tcMar>
            <w:vAlign w:val="center"/>
          </w:tcPr>
          <w:p w14:paraId="41E97B4F" w14:textId="77777777" w:rsidR="00A35289" w:rsidRPr="009F49B8" w:rsidRDefault="00000000" w:rsidP="003D070F">
            <w:pPr>
              <w:jc w:val="both"/>
              <w:rPr>
                <w:rFonts w:ascii="Aptos" w:hAnsi="Aptos"/>
                <w:szCs w:val="24"/>
                <w:lang w:val="es-MX"/>
              </w:rPr>
            </w:pPr>
            <w:r w:rsidRPr="009F49B8">
              <w:rPr>
                <w:rFonts w:ascii="Aptos" w:hAnsi="Aptos"/>
                <w:szCs w:val="24"/>
                <w:lang w:val="es-MX"/>
              </w:rPr>
              <w:t>Instrumento Derivado de cobertura de tasa de interés bajo la modalidad de CAP SPREAD, en virtud del cual la contraparte se obliga a cubrir los intereses que se ubiquen dentro del Rango de Ejercicio correspondiente para el Instrumento Derivado, en la Fecha de Pago y por el Periodo de Pago que corresponda al Financiamiento BANOBRAS A, y considerando para su cálculo el saldo vigente del Monto a Asegurar y la Tasa de Referencia correspondiente a la TIIE de Fondeo.</w:t>
            </w:r>
          </w:p>
        </w:tc>
      </w:tr>
      <w:tr w:rsidR="00A35289" w:rsidRPr="006B6CD2" w14:paraId="6308433B" w14:textId="77777777" w:rsidTr="009F49B8">
        <w:trPr>
          <w:jc w:val="center"/>
        </w:trPr>
        <w:tc>
          <w:tcPr>
            <w:tcW w:w="3262" w:type="dxa"/>
            <w:shd w:val="clear" w:color="auto" w:fill="E7E6E6"/>
            <w:tcMar>
              <w:top w:w="70" w:type="dxa"/>
              <w:left w:w="90" w:type="dxa"/>
              <w:bottom w:w="70" w:type="dxa"/>
              <w:right w:w="90" w:type="dxa"/>
            </w:tcMar>
            <w:vAlign w:val="center"/>
          </w:tcPr>
          <w:p w14:paraId="02E6DC79" w14:textId="77777777" w:rsidR="00A35289" w:rsidRPr="009F49B8" w:rsidRDefault="00000000" w:rsidP="003D070F">
            <w:pPr>
              <w:jc w:val="both"/>
              <w:rPr>
                <w:rFonts w:ascii="Aptos" w:hAnsi="Aptos"/>
                <w:szCs w:val="24"/>
                <w:lang w:val="es-MX"/>
              </w:rPr>
            </w:pPr>
            <w:r w:rsidRPr="009F49B8">
              <w:rPr>
                <w:rFonts w:ascii="Aptos" w:hAnsi="Aptos"/>
                <w:b/>
                <w:szCs w:val="24"/>
                <w:lang w:val="es-MX"/>
              </w:rPr>
              <w:t>Financiamiento Asociado</w:t>
            </w:r>
          </w:p>
        </w:tc>
        <w:tc>
          <w:tcPr>
            <w:tcW w:w="6081" w:type="dxa"/>
            <w:tcMar>
              <w:top w:w="70" w:type="dxa"/>
              <w:left w:w="90" w:type="dxa"/>
              <w:bottom w:w="70" w:type="dxa"/>
              <w:right w:w="90" w:type="dxa"/>
            </w:tcMar>
            <w:vAlign w:val="center"/>
          </w:tcPr>
          <w:p w14:paraId="6DA4B6DE" w14:textId="77777777" w:rsidR="00A35289" w:rsidRPr="009F49B8" w:rsidRDefault="00000000" w:rsidP="003D070F">
            <w:pPr>
              <w:jc w:val="both"/>
              <w:rPr>
                <w:rFonts w:ascii="Aptos" w:hAnsi="Aptos"/>
                <w:szCs w:val="24"/>
                <w:lang w:val="es-MX"/>
              </w:rPr>
            </w:pPr>
            <w:r w:rsidRPr="009F49B8">
              <w:rPr>
                <w:rFonts w:ascii="Aptos" w:hAnsi="Aptos"/>
                <w:szCs w:val="24"/>
                <w:lang w:val="es-MX"/>
              </w:rPr>
              <w:t>Contrato de apertura de crédito simple, de fecha 31 de julio de 2019, celebrado entre Banco Nacional de Obras y Servicios Públicos, Sociedad Nacional de Crédito, Institución de Banca de Desarrollo (“BANOBRAS”), como acreditante, y el Estado Libre y Soberano de Chihuahua, como acreditado, hasta por la cantidad de $5,000’000,000.00 M.N. (Cinco mil millones de pesos 00/100 Moneda Nacional) (“Financiamiento BANOBRAS A”).</w:t>
            </w:r>
          </w:p>
        </w:tc>
      </w:tr>
      <w:tr w:rsidR="00A35289" w:rsidRPr="006B6CD2" w14:paraId="52E440B9" w14:textId="77777777" w:rsidTr="009F49B8">
        <w:trPr>
          <w:jc w:val="center"/>
        </w:trPr>
        <w:tc>
          <w:tcPr>
            <w:tcW w:w="3262" w:type="dxa"/>
            <w:shd w:val="clear" w:color="auto" w:fill="E7E6E6"/>
            <w:tcMar>
              <w:top w:w="70" w:type="dxa"/>
              <w:left w:w="90" w:type="dxa"/>
              <w:bottom w:w="70" w:type="dxa"/>
              <w:right w:w="90" w:type="dxa"/>
            </w:tcMar>
            <w:vAlign w:val="center"/>
          </w:tcPr>
          <w:p w14:paraId="4F082472" w14:textId="77777777" w:rsidR="00A35289" w:rsidRPr="009F49B8" w:rsidRDefault="00000000" w:rsidP="003D070F">
            <w:pPr>
              <w:jc w:val="both"/>
              <w:rPr>
                <w:rFonts w:ascii="Aptos" w:hAnsi="Aptos"/>
                <w:szCs w:val="24"/>
                <w:lang w:val="es-MX"/>
              </w:rPr>
            </w:pPr>
            <w:r w:rsidRPr="009F49B8">
              <w:rPr>
                <w:rFonts w:ascii="Aptos" w:hAnsi="Aptos"/>
                <w:b/>
                <w:szCs w:val="24"/>
                <w:lang w:val="es-MX"/>
              </w:rPr>
              <w:t>Monto Nocional o Monto a Asegurar</w:t>
            </w:r>
          </w:p>
        </w:tc>
        <w:tc>
          <w:tcPr>
            <w:tcW w:w="6081" w:type="dxa"/>
            <w:tcMar>
              <w:top w:w="70" w:type="dxa"/>
              <w:left w:w="90" w:type="dxa"/>
              <w:bottom w:w="70" w:type="dxa"/>
              <w:right w:w="90" w:type="dxa"/>
            </w:tcMar>
            <w:vAlign w:val="center"/>
          </w:tcPr>
          <w:p w14:paraId="066B067B" w14:textId="0B077EF5" w:rsidR="00A35289" w:rsidRPr="009F49B8" w:rsidRDefault="00000000" w:rsidP="003D070F">
            <w:pPr>
              <w:jc w:val="both"/>
              <w:rPr>
                <w:rFonts w:ascii="Aptos" w:hAnsi="Aptos"/>
                <w:szCs w:val="24"/>
                <w:lang w:val="es-MX"/>
              </w:rPr>
            </w:pPr>
            <w:r w:rsidRPr="009F49B8">
              <w:rPr>
                <w:rFonts w:ascii="Aptos" w:hAnsi="Aptos"/>
                <w:szCs w:val="24"/>
                <w:lang w:val="es-MX"/>
              </w:rPr>
              <w:t>La cantidad de $4,730</w:t>
            </w:r>
            <w:r w:rsidR="00C968C6" w:rsidRPr="009F49B8">
              <w:rPr>
                <w:rFonts w:ascii="Aptos" w:hAnsi="Aptos"/>
                <w:szCs w:val="24"/>
                <w:lang w:val="es-MX"/>
              </w:rPr>
              <w:t>’</w:t>
            </w:r>
            <w:r w:rsidRPr="009F49B8">
              <w:rPr>
                <w:rFonts w:ascii="Aptos" w:hAnsi="Aptos"/>
                <w:szCs w:val="24"/>
                <w:lang w:val="es-MX"/>
              </w:rPr>
              <w:t>107,300.00 M.N. (Cuatro mil setecientos treinta millones ciento siete mil trescientos pesos 00/100 Moneda Nacional), asociada al Financiamiento BANOBRAS A y de acuerdo con la tabla de amortización incluida como Anexo B.1 de la Convocatoria.</w:t>
            </w:r>
          </w:p>
        </w:tc>
      </w:tr>
      <w:tr w:rsidR="00A35289" w:rsidRPr="006B6CD2" w14:paraId="29A54AA2" w14:textId="77777777" w:rsidTr="009F49B8">
        <w:trPr>
          <w:jc w:val="center"/>
        </w:trPr>
        <w:tc>
          <w:tcPr>
            <w:tcW w:w="3262" w:type="dxa"/>
            <w:shd w:val="clear" w:color="auto" w:fill="E7E6E6"/>
            <w:tcMar>
              <w:top w:w="70" w:type="dxa"/>
              <w:left w:w="90" w:type="dxa"/>
              <w:bottom w:w="70" w:type="dxa"/>
              <w:right w:w="90" w:type="dxa"/>
            </w:tcMar>
            <w:vAlign w:val="center"/>
          </w:tcPr>
          <w:p w14:paraId="1993E136" w14:textId="77777777" w:rsidR="00A35289" w:rsidRPr="009F49B8" w:rsidRDefault="00000000" w:rsidP="003D070F">
            <w:pPr>
              <w:jc w:val="both"/>
              <w:rPr>
                <w:rFonts w:ascii="Aptos" w:hAnsi="Aptos"/>
                <w:szCs w:val="24"/>
                <w:lang w:val="es-MX"/>
              </w:rPr>
            </w:pPr>
            <w:r w:rsidRPr="009F49B8">
              <w:rPr>
                <w:rFonts w:ascii="Aptos" w:hAnsi="Aptos"/>
                <w:b/>
                <w:szCs w:val="24"/>
                <w:lang w:val="es-MX"/>
              </w:rPr>
              <w:t>Rango de Ejercicio</w:t>
            </w:r>
          </w:p>
        </w:tc>
        <w:tc>
          <w:tcPr>
            <w:tcW w:w="6081" w:type="dxa"/>
            <w:tcMar>
              <w:top w:w="70" w:type="dxa"/>
              <w:left w:w="90" w:type="dxa"/>
              <w:bottom w:w="70" w:type="dxa"/>
              <w:right w:w="90" w:type="dxa"/>
            </w:tcMar>
            <w:vAlign w:val="center"/>
          </w:tcPr>
          <w:p w14:paraId="59338C96" w14:textId="77777777" w:rsidR="00A35289" w:rsidRPr="009F49B8" w:rsidRDefault="00000000" w:rsidP="003D070F">
            <w:pPr>
              <w:jc w:val="both"/>
              <w:rPr>
                <w:rFonts w:ascii="Aptos" w:hAnsi="Aptos"/>
                <w:szCs w:val="24"/>
                <w:lang w:val="es-MX"/>
              </w:rPr>
            </w:pPr>
            <w:r w:rsidRPr="009F49B8">
              <w:rPr>
                <w:rFonts w:ascii="Aptos" w:hAnsi="Aptos"/>
                <w:szCs w:val="24"/>
                <w:lang w:val="es-MX"/>
              </w:rPr>
              <w:t>El Piso o Límite Inferior del Rango de Ejercicio será del 7.25% (Siete punto dos cinco por ciento), y el Techo o Límite Superior del Rango de Ejercicio será del 8.25% (Ocho punto dos cinco por ciento), respecto de la Tasa de Referencia descrita en el numeral 3.1, inciso (b), segundo párrafo de la Convocatoria.</w:t>
            </w:r>
          </w:p>
        </w:tc>
      </w:tr>
      <w:tr w:rsidR="00A35289" w:rsidRPr="006B6CD2" w14:paraId="0BDA8C6F" w14:textId="77777777" w:rsidTr="009F49B8">
        <w:trPr>
          <w:jc w:val="center"/>
        </w:trPr>
        <w:tc>
          <w:tcPr>
            <w:tcW w:w="3262" w:type="dxa"/>
            <w:shd w:val="clear" w:color="auto" w:fill="E7E6E6"/>
            <w:tcMar>
              <w:top w:w="70" w:type="dxa"/>
              <w:left w:w="90" w:type="dxa"/>
              <w:bottom w:w="70" w:type="dxa"/>
              <w:right w:w="90" w:type="dxa"/>
            </w:tcMar>
            <w:vAlign w:val="center"/>
          </w:tcPr>
          <w:p w14:paraId="452CF128" w14:textId="77777777" w:rsidR="00A35289" w:rsidRPr="009F49B8" w:rsidRDefault="00000000" w:rsidP="003D070F">
            <w:pPr>
              <w:jc w:val="both"/>
              <w:rPr>
                <w:rFonts w:ascii="Aptos" w:hAnsi="Aptos"/>
                <w:szCs w:val="24"/>
                <w:lang w:val="es-MX"/>
              </w:rPr>
            </w:pPr>
            <w:r w:rsidRPr="009F49B8">
              <w:rPr>
                <w:rFonts w:ascii="Aptos" w:hAnsi="Aptos"/>
                <w:b/>
                <w:szCs w:val="24"/>
                <w:lang w:val="es-MX"/>
              </w:rPr>
              <w:t>Plazo</w:t>
            </w:r>
          </w:p>
        </w:tc>
        <w:tc>
          <w:tcPr>
            <w:tcW w:w="6081" w:type="dxa"/>
            <w:tcMar>
              <w:top w:w="70" w:type="dxa"/>
              <w:left w:w="90" w:type="dxa"/>
              <w:bottom w:w="70" w:type="dxa"/>
              <w:right w:w="90" w:type="dxa"/>
            </w:tcMar>
            <w:vAlign w:val="center"/>
          </w:tcPr>
          <w:p w14:paraId="682C703C" w14:textId="77777777" w:rsidR="00A35289" w:rsidRPr="009F49B8" w:rsidRDefault="00000000" w:rsidP="003D070F">
            <w:pPr>
              <w:jc w:val="both"/>
              <w:rPr>
                <w:rFonts w:ascii="Aptos" w:hAnsi="Aptos"/>
                <w:szCs w:val="24"/>
                <w:lang w:val="es-MX"/>
              </w:rPr>
            </w:pPr>
            <w:r w:rsidRPr="009F49B8">
              <w:rPr>
                <w:rFonts w:ascii="Aptos" w:hAnsi="Aptos"/>
                <w:szCs w:val="24"/>
                <w:lang w:val="es-MX"/>
              </w:rPr>
              <w:t>365 (Trescientos sesenta y cinco) días, contados a partir de la Fecha de Inicio del Instrumento Derivado.</w:t>
            </w:r>
          </w:p>
        </w:tc>
      </w:tr>
      <w:tr w:rsidR="00A35289" w:rsidRPr="009F49B8" w14:paraId="0DD646C4" w14:textId="77777777" w:rsidTr="009F49B8">
        <w:trPr>
          <w:jc w:val="center"/>
        </w:trPr>
        <w:tc>
          <w:tcPr>
            <w:tcW w:w="3262" w:type="dxa"/>
            <w:shd w:val="clear" w:color="auto" w:fill="E7E6E6"/>
            <w:tcMar>
              <w:top w:w="70" w:type="dxa"/>
              <w:left w:w="90" w:type="dxa"/>
              <w:bottom w:w="70" w:type="dxa"/>
              <w:right w:w="90" w:type="dxa"/>
            </w:tcMar>
            <w:vAlign w:val="center"/>
          </w:tcPr>
          <w:p w14:paraId="5A4A419C" w14:textId="77777777" w:rsidR="00A35289" w:rsidRPr="009F49B8" w:rsidRDefault="00000000" w:rsidP="003D070F">
            <w:pPr>
              <w:jc w:val="both"/>
              <w:rPr>
                <w:rFonts w:ascii="Aptos" w:hAnsi="Aptos"/>
                <w:szCs w:val="24"/>
                <w:lang w:val="es-MX"/>
              </w:rPr>
            </w:pPr>
            <w:r w:rsidRPr="009F49B8">
              <w:rPr>
                <w:rFonts w:ascii="Aptos" w:hAnsi="Aptos"/>
                <w:b/>
                <w:szCs w:val="24"/>
                <w:lang w:val="es-MX"/>
              </w:rPr>
              <w:t>Fecha de contratación del Instrumento Derivado</w:t>
            </w:r>
          </w:p>
        </w:tc>
        <w:tc>
          <w:tcPr>
            <w:tcW w:w="6081" w:type="dxa"/>
            <w:tcMar>
              <w:top w:w="70" w:type="dxa"/>
              <w:left w:w="90" w:type="dxa"/>
              <w:bottom w:w="70" w:type="dxa"/>
              <w:right w:w="90" w:type="dxa"/>
            </w:tcMar>
            <w:vAlign w:val="center"/>
          </w:tcPr>
          <w:p w14:paraId="6DC3DBDB" w14:textId="77777777" w:rsidR="00A35289" w:rsidRPr="009F49B8" w:rsidRDefault="00000000" w:rsidP="003D070F">
            <w:pPr>
              <w:jc w:val="both"/>
              <w:rPr>
                <w:rFonts w:ascii="Aptos" w:hAnsi="Aptos"/>
                <w:szCs w:val="24"/>
                <w:lang w:val="es-MX"/>
              </w:rPr>
            </w:pPr>
            <w:r w:rsidRPr="009F49B8">
              <w:rPr>
                <w:rFonts w:ascii="Aptos" w:hAnsi="Aptos"/>
                <w:szCs w:val="24"/>
                <w:lang w:val="es-MX"/>
              </w:rPr>
              <w:t>30 de septiembre de 2026.</w:t>
            </w:r>
          </w:p>
        </w:tc>
      </w:tr>
      <w:tr w:rsidR="00A35289" w:rsidRPr="009F49B8" w14:paraId="033DC10E" w14:textId="77777777" w:rsidTr="009F49B8">
        <w:trPr>
          <w:jc w:val="center"/>
        </w:trPr>
        <w:tc>
          <w:tcPr>
            <w:tcW w:w="3262" w:type="dxa"/>
            <w:shd w:val="clear" w:color="auto" w:fill="E7E6E6"/>
            <w:tcMar>
              <w:top w:w="70" w:type="dxa"/>
              <w:left w:w="90" w:type="dxa"/>
              <w:bottom w:w="70" w:type="dxa"/>
              <w:right w:w="90" w:type="dxa"/>
            </w:tcMar>
            <w:vAlign w:val="center"/>
          </w:tcPr>
          <w:p w14:paraId="70657763" w14:textId="77777777" w:rsidR="00A35289" w:rsidRPr="009F49B8" w:rsidRDefault="00000000" w:rsidP="003D070F">
            <w:pPr>
              <w:jc w:val="both"/>
              <w:rPr>
                <w:rFonts w:ascii="Aptos" w:hAnsi="Aptos"/>
                <w:szCs w:val="24"/>
                <w:lang w:val="es-MX"/>
              </w:rPr>
            </w:pPr>
            <w:r w:rsidRPr="009F49B8">
              <w:rPr>
                <w:rFonts w:ascii="Aptos" w:hAnsi="Aptos"/>
                <w:b/>
                <w:szCs w:val="24"/>
                <w:lang w:val="es-MX"/>
              </w:rPr>
              <w:t>Fecha de Inicio del Instrumento Derivado</w:t>
            </w:r>
          </w:p>
        </w:tc>
        <w:tc>
          <w:tcPr>
            <w:tcW w:w="6081" w:type="dxa"/>
            <w:tcMar>
              <w:top w:w="70" w:type="dxa"/>
              <w:left w:w="90" w:type="dxa"/>
              <w:bottom w:w="70" w:type="dxa"/>
              <w:right w:w="90" w:type="dxa"/>
            </w:tcMar>
            <w:vAlign w:val="center"/>
          </w:tcPr>
          <w:p w14:paraId="7FA1F4EA" w14:textId="77777777" w:rsidR="00A35289" w:rsidRPr="009F49B8" w:rsidRDefault="00000000" w:rsidP="003D070F">
            <w:pPr>
              <w:jc w:val="both"/>
              <w:rPr>
                <w:rFonts w:ascii="Aptos" w:hAnsi="Aptos"/>
                <w:szCs w:val="24"/>
                <w:lang w:val="es-MX"/>
              </w:rPr>
            </w:pPr>
            <w:r w:rsidRPr="009F49B8">
              <w:rPr>
                <w:rFonts w:ascii="Aptos" w:hAnsi="Aptos"/>
                <w:szCs w:val="24"/>
                <w:lang w:val="es-MX"/>
              </w:rPr>
              <w:t>01 de octubre de 2026.</w:t>
            </w:r>
          </w:p>
        </w:tc>
      </w:tr>
      <w:tr w:rsidR="00A35289" w:rsidRPr="009F49B8" w14:paraId="76D5F682" w14:textId="77777777" w:rsidTr="009F49B8">
        <w:trPr>
          <w:jc w:val="center"/>
        </w:trPr>
        <w:tc>
          <w:tcPr>
            <w:tcW w:w="3262" w:type="dxa"/>
            <w:shd w:val="clear" w:color="auto" w:fill="E7E6E6"/>
            <w:tcMar>
              <w:top w:w="70" w:type="dxa"/>
              <w:left w:w="90" w:type="dxa"/>
              <w:bottom w:w="70" w:type="dxa"/>
              <w:right w:w="90" w:type="dxa"/>
            </w:tcMar>
            <w:vAlign w:val="center"/>
          </w:tcPr>
          <w:p w14:paraId="7323D5ED" w14:textId="77777777" w:rsidR="00A35289" w:rsidRPr="009F49B8" w:rsidRDefault="00000000" w:rsidP="003D070F">
            <w:pPr>
              <w:jc w:val="both"/>
              <w:rPr>
                <w:rFonts w:ascii="Aptos" w:hAnsi="Aptos"/>
                <w:szCs w:val="24"/>
                <w:lang w:val="es-MX"/>
              </w:rPr>
            </w:pPr>
            <w:r w:rsidRPr="009F49B8">
              <w:rPr>
                <w:rFonts w:ascii="Aptos" w:hAnsi="Aptos"/>
                <w:b/>
                <w:szCs w:val="24"/>
                <w:lang w:val="es-MX"/>
              </w:rPr>
              <w:t>Fecha de Terminación del Instrumento Derivado</w:t>
            </w:r>
          </w:p>
        </w:tc>
        <w:tc>
          <w:tcPr>
            <w:tcW w:w="6081" w:type="dxa"/>
            <w:tcMar>
              <w:top w:w="70" w:type="dxa"/>
              <w:left w:w="90" w:type="dxa"/>
              <w:bottom w:w="70" w:type="dxa"/>
              <w:right w:w="90" w:type="dxa"/>
            </w:tcMar>
            <w:vAlign w:val="center"/>
          </w:tcPr>
          <w:p w14:paraId="40D2ECDF" w14:textId="77777777" w:rsidR="00A35289" w:rsidRPr="009F49B8" w:rsidRDefault="00000000" w:rsidP="003D070F">
            <w:pPr>
              <w:jc w:val="both"/>
              <w:rPr>
                <w:rFonts w:ascii="Aptos" w:hAnsi="Aptos"/>
                <w:szCs w:val="24"/>
                <w:lang w:val="es-MX"/>
              </w:rPr>
            </w:pPr>
            <w:r w:rsidRPr="009F49B8">
              <w:rPr>
                <w:rFonts w:ascii="Aptos" w:hAnsi="Aptos"/>
                <w:szCs w:val="24"/>
                <w:lang w:val="es-MX"/>
              </w:rPr>
              <w:t>30 de septiembre de 2027.</w:t>
            </w:r>
          </w:p>
        </w:tc>
      </w:tr>
      <w:tr w:rsidR="00A35289" w:rsidRPr="006B6CD2" w14:paraId="7D9053DF" w14:textId="77777777" w:rsidTr="009F49B8">
        <w:trPr>
          <w:jc w:val="center"/>
        </w:trPr>
        <w:tc>
          <w:tcPr>
            <w:tcW w:w="3262" w:type="dxa"/>
            <w:shd w:val="clear" w:color="auto" w:fill="E7E6E6"/>
            <w:tcMar>
              <w:top w:w="70" w:type="dxa"/>
              <w:left w:w="90" w:type="dxa"/>
              <w:bottom w:w="70" w:type="dxa"/>
              <w:right w:w="90" w:type="dxa"/>
            </w:tcMar>
            <w:vAlign w:val="center"/>
          </w:tcPr>
          <w:p w14:paraId="095ECEB8" w14:textId="77777777" w:rsidR="00A35289" w:rsidRPr="009F49B8" w:rsidRDefault="00000000" w:rsidP="003D070F">
            <w:pPr>
              <w:jc w:val="both"/>
              <w:rPr>
                <w:rFonts w:ascii="Aptos" w:hAnsi="Aptos"/>
                <w:szCs w:val="24"/>
                <w:lang w:val="es-MX"/>
              </w:rPr>
            </w:pPr>
            <w:r w:rsidRPr="009F49B8">
              <w:rPr>
                <w:rFonts w:ascii="Aptos" w:hAnsi="Aptos"/>
                <w:b/>
                <w:szCs w:val="24"/>
                <w:lang w:val="es-MX"/>
              </w:rPr>
              <w:lastRenderedPageBreak/>
              <w:t>Periodicidad de pago de los intereses</w:t>
            </w:r>
          </w:p>
        </w:tc>
        <w:tc>
          <w:tcPr>
            <w:tcW w:w="6081" w:type="dxa"/>
            <w:tcMar>
              <w:top w:w="70" w:type="dxa"/>
              <w:left w:w="90" w:type="dxa"/>
              <w:bottom w:w="70" w:type="dxa"/>
              <w:right w:w="90" w:type="dxa"/>
            </w:tcMar>
            <w:vAlign w:val="center"/>
          </w:tcPr>
          <w:p w14:paraId="152D1521" w14:textId="77777777" w:rsidR="00A35289" w:rsidRPr="009F49B8" w:rsidRDefault="00000000" w:rsidP="003D070F">
            <w:pPr>
              <w:jc w:val="both"/>
              <w:rPr>
                <w:rFonts w:ascii="Aptos" w:hAnsi="Aptos"/>
                <w:szCs w:val="24"/>
                <w:lang w:val="es-MX"/>
              </w:rPr>
            </w:pPr>
            <w:r w:rsidRPr="009F49B8">
              <w:rPr>
                <w:rFonts w:ascii="Aptos" w:hAnsi="Aptos"/>
                <w:szCs w:val="24"/>
                <w:lang w:val="es-MX"/>
              </w:rPr>
              <w:t>Mensual. La Fecha de Pago será el último día de cada mes y, en caso de que dicho día no sea un Día Hábil, el pago se realizará el Día Hábil inmediato siguiente.</w:t>
            </w:r>
          </w:p>
        </w:tc>
      </w:tr>
      <w:tr w:rsidR="00A35289" w:rsidRPr="006B6CD2" w14:paraId="777F8816" w14:textId="77777777" w:rsidTr="009F49B8">
        <w:trPr>
          <w:jc w:val="center"/>
        </w:trPr>
        <w:tc>
          <w:tcPr>
            <w:tcW w:w="3262" w:type="dxa"/>
            <w:shd w:val="clear" w:color="auto" w:fill="E7E6E6"/>
            <w:tcMar>
              <w:top w:w="70" w:type="dxa"/>
              <w:left w:w="90" w:type="dxa"/>
              <w:bottom w:w="70" w:type="dxa"/>
              <w:right w:w="90" w:type="dxa"/>
            </w:tcMar>
            <w:vAlign w:val="center"/>
          </w:tcPr>
          <w:p w14:paraId="24EE9DC1" w14:textId="77777777" w:rsidR="00A35289" w:rsidRPr="009F49B8" w:rsidRDefault="00000000" w:rsidP="003D070F">
            <w:pPr>
              <w:jc w:val="both"/>
              <w:rPr>
                <w:rFonts w:ascii="Aptos" w:hAnsi="Aptos"/>
                <w:szCs w:val="24"/>
                <w:lang w:val="es-MX"/>
              </w:rPr>
            </w:pPr>
            <w:r w:rsidRPr="009F49B8">
              <w:rPr>
                <w:rFonts w:ascii="Aptos" w:hAnsi="Aptos"/>
                <w:b/>
                <w:szCs w:val="24"/>
                <w:lang w:val="es-MX"/>
              </w:rPr>
              <w:t>Oportunidad de entrega de los recursos</w:t>
            </w:r>
          </w:p>
        </w:tc>
        <w:tc>
          <w:tcPr>
            <w:tcW w:w="6081" w:type="dxa"/>
            <w:tcMar>
              <w:top w:w="70" w:type="dxa"/>
              <w:left w:w="90" w:type="dxa"/>
              <w:bottom w:w="70" w:type="dxa"/>
              <w:right w:w="90" w:type="dxa"/>
            </w:tcMar>
            <w:vAlign w:val="center"/>
          </w:tcPr>
          <w:p w14:paraId="7126C5CF" w14:textId="77777777" w:rsidR="00A35289" w:rsidRPr="009F49B8" w:rsidRDefault="00000000" w:rsidP="003D070F">
            <w:pPr>
              <w:jc w:val="both"/>
              <w:rPr>
                <w:rFonts w:ascii="Aptos" w:hAnsi="Aptos"/>
                <w:szCs w:val="24"/>
                <w:lang w:val="es-MX"/>
              </w:rPr>
            </w:pPr>
            <w:r w:rsidRPr="009F49B8">
              <w:rPr>
                <w:rFonts w:ascii="Aptos" w:hAnsi="Aptos"/>
                <w:szCs w:val="24"/>
                <w:lang w:val="es-MX"/>
              </w:rPr>
              <w:t>En cada Fecha de Pago del Financiamiento BANOBRAS A, de acuerdo con lo señalado en el numeral 3.4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A35289" w:rsidRPr="009F49B8" w14:paraId="2E23ACD5" w14:textId="77777777" w:rsidTr="009F49B8">
        <w:trPr>
          <w:jc w:val="center"/>
        </w:trPr>
        <w:tc>
          <w:tcPr>
            <w:tcW w:w="3262" w:type="dxa"/>
            <w:shd w:val="clear" w:color="auto" w:fill="E7E6E6"/>
            <w:tcMar>
              <w:top w:w="70" w:type="dxa"/>
              <w:left w:w="90" w:type="dxa"/>
              <w:bottom w:w="70" w:type="dxa"/>
              <w:right w:w="90" w:type="dxa"/>
            </w:tcMar>
            <w:vAlign w:val="center"/>
          </w:tcPr>
          <w:p w14:paraId="7294B7CA" w14:textId="77777777" w:rsidR="00A35289" w:rsidRPr="009F49B8" w:rsidRDefault="00000000" w:rsidP="003D070F">
            <w:pPr>
              <w:jc w:val="both"/>
              <w:rPr>
                <w:rFonts w:ascii="Aptos" w:hAnsi="Aptos"/>
                <w:szCs w:val="24"/>
                <w:lang w:val="es-MX"/>
              </w:rPr>
            </w:pPr>
            <w:r w:rsidRPr="009F49B8">
              <w:rPr>
                <w:rFonts w:ascii="Aptos" w:hAnsi="Aptos"/>
                <w:b/>
                <w:szCs w:val="24"/>
                <w:lang w:val="es-MX"/>
              </w:rPr>
              <w:t>Gastos Adicionales</w:t>
            </w:r>
          </w:p>
        </w:tc>
        <w:tc>
          <w:tcPr>
            <w:tcW w:w="6081" w:type="dxa"/>
            <w:tcMar>
              <w:top w:w="70" w:type="dxa"/>
              <w:left w:w="90" w:type="dxa"/>
              <w:bottom w:w="70" w:type="dxa"/>
              <w:right w:w="90" w:type="dxa"/>
            </w:tcMar>
            <w:vAlign w:val="center"/>
          </w:tcPr>
          <w:p w14:paraId="4E5BADB4" w14:textId="77777777" w:rsidR="00A35289" w:rsidRPr="009F49B8" w:rsidRDefault="00000000" w:rsidP="003D070F">
            <w:pPr>
              <w:jc w:val="both"/>
              <w:rPr>
                <w:rFonts w:ascii="Aptos" w:hAnsi="Aptos"/>
                <w:szCs w:val="24"/>
                <w:lang w:val="es-MX"/>
              </w:rPr>
            </w:pPr>
            <w:r w:rsidRPr="009F49B8">
              <w:rPr>
                <w:rFonts w:ascii="Aptos" w:hAnsi="Aptos"/>
                <w:szCs w:val="24"/>
                <w:lang w:val="es-MX"/>
              </w:rPr>
              <w:t>Sin Gastos Adicionales.</w:t>
            </w:r>
          </w:p>
        </w:tc>
      </w:tr>
      <w:tr w:rsidR="00A35289" w:rsidRPr="009F49B8" w14:paraId="6E71325F" w14:textId="77777777" w:rsidTr="009F49B8">
        <w:trPr>
          <w:jc w:val="center"/>
        </w:trPr>
        <w:tc>
          <w:tcPr>
            <w:tcW w:w="3262" w:type="dxa"/>
            <w:shd w:val="clear" w:color="auto" w:fill="E7E6E6"/>
            <w:tcMar>
              <w:top w:w="70" w:type="dxa"/>
              <w:left w:w="90" w:type="dxa"/>
              <w:bottom w:w="70" w:type="dxa"/>
              <w:right w:w="90" w:type="dxa"/>
            </w:tcMar>
            <w:vAlign w:val="center"/>
          </w:tcPr>
          <w:p w14:paraId="29AA2413" w14:textId="77777777" w:rsidR="00A35289" w:rsidRPr="009F49B8" w:rsidRDefault="00000000" w:rsidP="003D070F">
            <w:pPr>
              <w:jc w:val="both"/>
              <w:rPr>
                <w:rFonts w:ascii="Aptos" w:hAnsi="Aptos"/>
                <w:szCs w:val="24"/>
                <w:lang w:val="es-MX"/>
              </w:rPr>
            </w:pPr>
            <w:r w:rsidRPr="009F49B8">
              <w:rPr>
                <w:rFonts w:ascii="Aptos" w:hAnsi="Aptos"/>
                <w:b/>
                <w:szCs w:val="24"/>
                <w:lang w:val="es-MX"/>
              </w:rPr>
              <w:t>Gastos Adicionales Contingentes</w:t>
            </w:r>
          </w:p>
        </w:tc>
        <w:tc>
          <w:tcPr>
            <w:tcW w:w="6081" w:type="dxa"/>
            <w:tcMar>
              <w:top w:w="70" w:type="dxa"/>
              <w:left w:w="90" w:type="dxa"/>
              <w:bottom w:w="70" w:type="dxa"/>
              <w:right w:w="90" w:type="dxa"/>
            </w:tcMar>
            <w:vAlign w:val="center"/>
          </w:tcPr>
          <w:p w14:paraId="7F36A552" w14:textId="77777777" w:rsidR="00A35289" w:rsidRPr="009F49B8" w:rsidRDefault="00000000" w:rsidP="003D070F">
            <w:pPr>
              <w:jc w:val="both"/>
              <w:rPr>
                <w:rFonts w:ascii="Aptos" w:hAnsi="Aptos"/>
                <w:szCs w:val="24"/>
                <w:lang w:val="es-MX"/>
              </w:rPr>
            </w:pPr>
            <w:r w:rsidRPr="009F49B8">
              <w:rPr>
                <w:rFonts w:ascii="Aptos" w:hAnsi="Aptos"/>
                <w:szCs w:val="24"/>
                <w:lang w:val="es-MX"/>
              </w:rPr>
              <w:t>Sin Gastos Adicionales Contingentes.</w:t>
            </w:r>
          </w:p>
        </w:tc>
      </w:tr>
    </w:tbl>
    <w:p w14:paraId="07A662D2" w14:textId="77777777" w:rsidR="00A35289" w:rsidRPr="009F49B8" w:rsidRDefault="00A35289" w:rsidP="009F49B8">
      <w:pPr>
        <w:spacing w:after="0" w:line="240" w:lineRule="auto"/>
        <w:rPr>
          <w:rFonts w:ascii="Aptos" w:hAnsi="Aptos"/>
          <w:szCs w:val="24"/>
          <w:lang w:val="es-MX"/>
        </w:rPr>
      </w:pPr>
    </w:p>
    <w:p w14:paraId="1529D2F5" w14:textId="77777777" w:rsidR="00A35289" w:rsidRDefault="00000000" w:rsidP="003D070F">
      <w:pPr>
        <w:spacing w:after="0" w:line="240" w:lineRule="auto"/>
        <w:jc w:val="both"/>
        <w:rPr>
          <w:rFonts w:ascii="Aptos" w:hAnsi="Aptos"/>
          <w:b/>
          <w:szCs w:val="24"/>
          <w:lang w:val="es-MX"/>
        </w:rPr>
      </w:pPr>
      <w:r w:rsidRPr="009F49B8">
        <w:rPr>
          <w:rFonts w:ascii="Aptos" w:hAnsi="Aptos"/>
          <w:b/>
          <w:szCs w:val="24"/>
          <w:lang w:val="es-MX"/>
        </w:rPr>
        <w:t>Características del Financiamiento.</w:t>
      </w:r>
    </w:p>
    <w:p w14:paraId="5C2E04D0" w14:textId="77777777" w:rsidR="003D070F" w:rsidRPr="009F49B8" w:rsidRDefault="003D070F" w:rsidP="009F49B8">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262"/>
        <w:gridCol w:w="6141"/>
      </w:tblGrid>
      <w:tr w:rsidR="00A35289" w:rsidRPr="006B6CD2" w14:paraId="57825C1D" w14:textId="77777777" w:rsidTr="009F49B8">
        <w:trPr>
          <w:jc w:val="center"/>
        </w:trPr>
        <w:tc>
          <w:tcPr>
            <w:tcW w:w="3262" w:type="dxa"/>
            <w:shd w:val="clear" w:color="auto" w:fill="E7E6E6"/>
            <w:tcMar>
              <w:top w:w="70" w:type="dxa"/>
              <w:left w:w="90" w:type="dxa"/>
              <w:bottom w:w="70" w:type="dxa"/>
              <w:right w:w="90" w:type="dxa"/>
            </w:tcMar>
            <w:vAlign w:val="center"/>
          </w:tcPr>
          <w:p w14:paraId="008EAB1E" w14:textId="77777777" w:rsidR="00A35289" w:rsidRPr="009F49B8" w:rsidRDefault="00000000" w:rsidP="003D070F">
            <w:pPr>
              <w:jc w:val="both"/>
              <w:rPr>
                <w:rFonts w:ascii="Aptos" w:hAnsi="Aptos"/>
                <w:szCs w:val="24"/>
                <w:lang w:val="es-MX"/>
              </w:rPr>
            </w:pPr>
            <w:r w:rsidRPr="009F49B8">
              <w:rPr>
                <w:rFonts w:ascii="Aptos" w:hAnsi="Aptos"/>
                <w:b/>
                <w:szCs w:val="24"/>
                <w:lang w:val="es-MX"/>
              </w:rPr>
              <w:t>Tipo de Contrato</w:t>
            </w:r>
          </w:p>
        </w:tc>
        <w:tc>
          <w:tcPr>
            <w:tcW w:w="6141" w:type="dxa"/>
            <w:tcMar>
              <w:top w:w="70" w:type="dxa"/>
              <w:left w:w="90" w:type="dxa"/>
              <w:bottom w:w="70" w:type="dxa"/>
              <w:right w:w="90" w:type="dxa"/>
            </w:tcMar>
            <w:vAlign w:val="center"/>
          </w:tcPr>
          <w:p w14:paraId="7C475485" w14:textId="77777777" w:rsidR="00A35289" w:rsidRPr="009F49B8" w:rsidRDefault="00000000" w:rsidP="003D070F">
            <w:pPr>
              <w:jc w:val="both"/>
              <w:rPr>
                <w:rFonts w:ascii="Aptos" w:hAnsi="Aptos"/>
                <w:szCs w:val="24"/>
                <w:lang w:val="es-MX"/>
              </w:rPr>
            </w:pPr>
            <w:r w:rsidRPr="009F49B8">
              <w:rPr>
                <w:rFonts w:ascii="Aptos" w:hAnsi="Aptos"/>
                <w:szCs w:val="24"/>
                <w:lang w:val="es-MX"/>
              </w:rPr>
              <w:t>Contrato de Apertura de Crédito Simple.</w:t>
            </w:r>
          </w:p>
        </w:tc>
      </w:tr>
      <w:tr w:rsidR="00A35289" w:rsidRPr="009F49B8" w14:paraId="110A66BC" w14:textId="77777777" w:rsidTr="009F49B8">
        <w:trPr>
          <w:jc w:val="center"/>
        </w:trPr>
        <w:tc>
          <w:tcPr>
            <w:tcW w:w="3262" w:type="dxa"/>
            <w:shd w:val="clear" w:color="auto" w:fill="E7E6E6"/>
            <w:tcMar>
              <w:top w:w="70" w:type="dxa"/>
              <w:left w:w="90" w:type="dxa"/>
              <w:bottom w:w="70" w:type="dxa"/>
              <w:right w:w="90" w:type="dxa"/>
            </w:tcMar>
            <w:vAlign w:val="center"/>
          </w:tcPr>
          <w:p w14:paraId="3F14BC32" w14:textId="77777777" w:rsidR="00A35289" w:rsidRPr="009F49B8" w:rsidRDefault="00000000" w:rsidP="003D070F">
            <w:pPr>
              <w:jc w:val="both"/>
              <w:rPr>
                <w:rFonts w:ascii="Aptos" w:hAnsi="Aptos"/>
                <w:szCs w:val="24"/>
                <w:lang w:val="es-MX"/>
              </w:rPr>
            </w:pPr>
            <w:r w:rsidRPr="009F49B8">
              <w:rPr>
                <w:rFonts w:ascii="Aptos" w:hAnsi="Aptos"/>
                <w:b/>
                <w:szCs w:val="24"/>
                <w:lang w:val="es-MX"/>
              </w:rPr>
              <w:t>Fecha de Contratación</w:t>
            </w:r>
          </w:p>
        </w:tc>
        <w:tc>
          <w:tcPr>
            <w:tcW w:w="6141" w:type="dxa"/>
            <w:tcMar>
              <w:top w:w="70" w:type="dxa"/>
              <w:left w:w="90" w:type="dxa"/>
              <w:bottom w:w="70" w:type="dxa"/>
              <w:right w:w="90" w:type="dxa"/>
            </w:tcMar>
            <w:vAlign w:val="center"/>
          </w:tcPr>
          <w:p w14:paraId="1984A714" w14:textId="77777777" w:rsidR="00A35289" w:rsidRPr="009F49B8" w:rsidRDefault="00000000" w:rsidP="003D070F">
            <w:pPr>
              <w:jc w:val="both"/>
              <w:rPr>
                <w:rFonts w:ascii="Aptos" w:hAnsi="Aptos"/>
                <w:szCs w:val="24"/>
                <w:lang w:val="es-MX"/>
              </w:rPr>
            </w:pPr>
            <w:r w:rsidRPr="009F49B8">
              <w:rPr>
                <w:rFonts w:ascii="Aptos" w:hAnsi="Aptos"/>
                <w:szCs w:val="24"/>
                <w:lang w:val="es-MX"/>
              </w:rPr>
              <w:t>31 de julio de 2019.</w:t>
            </w:r>
          </w:p>
        </w:tc>
      </w:tr>
      <w:tr w:rsidR="00A35289" w:rsidRPr="006B6CD2" w14:paraId="7BFD18A4" w14:textId="77777777" w:rsidTr="009F49B8">
        <w:trPr>
          <w:jc w:val="center"/>
        </w:trPr>
        <w:tc>
          <w:tcPr>
            <w:tcW w:w="3262" w:type="dxa"/>
            <w:shd w:val="clear" w:color="auto" w:fill="E7E6E6"/>
            <w:tcMar>
              <w:top w:w="70" w:type="dxa"/>
              <w:left w:w="90" w:type="dxa"/>
              <w:bottom w:w="70" w:type="dxa"/>
              <w:right w:w="90" w:type="dxa"/>
            </w:tcMar>
            <w:vAlign w:val="center"/>
          </w:tcPr>
          <w:p w14:paraId="5714042D" w14:textId="77777777" w:rsidR="00A35289" w:rsidRPr="009F49B8" w:rsidRDefault="00000000" w:rsidP="003D070F">
            <w:pPr>
              <w:jc w:val="both"/>
              <w:rPr>
                <w:rFonts w:ascii="Aptos" w:hAnsi="Aptos"/>
                <w:szCs w:val="24"/>
                <w:lang w:val="es-MX"/>
              </w:rPr>
            </w:pPr>
            <w:r w:rsidRPr="009F49B8">
              <w:rPr>
                <w:rFonts w:ascii="Aptos" w:hAnsi="Aptos"/>
                <w:b/>
                <w:szCs w:val="24"/>
                <w:lang w:val="es-MX"/>
              </w:rPr>
              <w:t>Monto Contratado</w:t>
            </w:r>
          </w:p>
        </w:tc>
        <w:tc>
          <w:tcPr>
            <w:tcW w:w="6141" w:type="dxa"/>
            <w:tcMar>
              <w:top w:w="70" w:type="dxa"/>
              <w:left w:w="90" w:type="dxa"/>
              <w:bottom w:w="70" w:type="dxa"/>
              <w:right w:w="90" w:type="dxa"/>
            </w:tcMar>
            <w:vAlign w:val="center"/>
          </w:tcPr>
          <w:p w14:paraId="35F10FEF" w14:textId="77777777" w:rsidR="00A35289" w:rsidRPr="009F49B8" w:rsidRDefault="00000000" w:rsidP="003D070F">
            <w:pPr>
              <w:jc w:val="both"/>
              <w:rPr>
                <w:rFonts w:ascii="Aptos" w:hAnsi="Aptos"/>
                <w:szCs w:val="24"/>
                <w:lang w:val="es-MX"/>
              </w:rPr>
            </w:pPr>
            <w:r w:rsidRPr="009F49B8">
              <w:rPr>
                <w:rFonts w:ascii="Aptos" w:hAnsi="Aptos"/>
                <w:szCs w:val="24"/>
                <w:lang w:val="es-MX"/>
              </w:rPr>
              <w:t>Hasta por la cantidad de $5,000’000,000.00 M.N. (Cinco mil millones de pesos 00/100 Moneda Nacional).</w:t>
            </w:r>
          </w:p>
        </w:tc>
      </w:tr>
      <w:tr w:rsidR="00A35289" w:rsidRPr="006B6CD2" w14:paraId="0F738236" w14:textId="77777777" w:rsidTr="009F49B8">
        <w:trPr>
          <w:jc w:val="center"/>
        </w:trPr>
        <w:tc>
          <w:tcPr>
            <w:tcW w:w="3262" w:type="dxa"/>
            <w:shd w:val="clear" w:color="auto" w:fill="E7E6E6"/>
            <w:tcMar>
              <w:top w:w="70" w:type="dxa"/>
              <w:left w:w="90" w:type="dxa"/>
              <w:bottom w:w="70" w:type="dxa"/>
              <w:right w:w="90" w:type="dxa"/>
            </w:tcMar>
            <w:vAlign w:val="center"/>
          </w:tcPr>
          <w:p w14:paraId="37A73D18" w14:textId="77777777" w:rsidR="00A35289" w:rsidRPr="009F49B8" w:rsidRDefault="00000000" w:rsidP="003D070F">
            <w:pPr>
              <w:jc w:val="both"/>
              <w:rPr>
                <w:rFonts w:ascii="Aptos" w:hAnsi="Aptos"/>
                <w:szCs w:val="24"/>
                <w:lang w:val="es-MX"/>
              </w:rPr>
            </w:pPr>
            <w:r w:rsidRPr="009F49B8">
              <w:rPr>
                <w:rFonts w:ascii="Aptos" w:hAnsi="Aptos"/>
                <w:b/>
                <w:szCs w:val="24"/>
                <w:lang w:val="es-MX"/>
              </w:rPr>
              <w:t>Tasa de Referencia</w:t>
            </w:r>
          </w:p>
        </w:tc>
        <w:tc>
          <w:tcPr>
            <w:tcW w:w="6141" w:type="dxa"/>
            <w:tcMar>
              <w:top w:w="70" w:type="dxa"/>
              <w:left w:w="90" w:type="dxa"/>
              <w:bottom w:w="70" w:type="dxa"/>
              <w:right w:w="90" w:type="dxa"/>
            </w:tcMar>
            <w:vAlign w:val="center"/>
          </w:tcPr>
          <w:p w14:paraId="25DFA2C1" w14:textId="77777777" w:rsidR="00A35289" w:rsidRPr="009F49B8" w:rsidRDefault="00000000" w:rsidP="003D070F">
            <w:pPr>
              <w:jc w:val="both"/>
              <w:rPr>
                <w:rFonts w:ascii="Aptos" w:hAnsi="Aptos"/>
                <w:szCs w:val="24"/>
                <w:lang w:val="es-MX"/>
              </w:rPr>
            </w:pPr>
            <w:r w:rsidRPr="009F49B8">
              <w:rPr>
                <w:rFonts w:ascii="Aptos" w:hAnsi="Aptos"/>
                <w:szCs w:val="24"/>
                <w:lang w:val="es-MX"/>
              </w:rPr>
              <w:t>La TIIE 28, y si no hubiere a plazo de 28 (veintiocho) días, entonces al plazo superior más cercano a 28 (veintiocho) días, y si no hubiere al plazo superior más cercano a 28 (veintiocho) días, entonces se considerará el plazo inferior más cercano a 28 (veintiocho) días, determinada y publicada por el Banco de México en el Diario Oficial de la Federación o en cualquier otro medio que este determine. Para efectos del Instrumento Derivado a contratar, con fundamento en la Disposición Transitoria TERCERA de la CIRCULAR 7/2023 publicada en dicho Diario Oficial el 8 de septiembre de 2023 y que entró en vigor el 1 de enero de 2025, la Tasa de Referencia a utilizar será aquélla que publique en dicho Diario el Banco de México, correspondiente a la TIIE de Fondeo.</w:t>
            </w:r>
          </w:p>
        </w:tc>
      </w:tr>
      <w:tr w:rsidR="00A35289" w:rsidRPr="006B6CD2" w14:paraId="21299ADF" w14:textId="77777777" w:rsidTr="009F49B8">
        <w:trPr>
          <w:jc w:val="center"/>
        </w:trPr>
        <w:tc>
          <w:tcPr>
            <w:tcW w:w="3262" w:type="dxa"/>
            <w:shd w:val="clear" w:color="auto" w:fill="E7E6E6"/>
            <w:tcMar>
              <w:top w:w="70" w:type="dxa"/>
              <w:left w:w="90" w:type="dxa"/>
              <w:bottom w:w="70" w:type="dxa"/>
              <w:right w:w="90" w:type="dxa"/>
            </w:tcMar>
            <w:vAlign w:val="center"/>
          </w:tcPr>
          <w:p w14:paraId="5D56F8A7" w14:textId="77777777" w:rsidR="00A35289" w:rsidRPr="009F49B8" w:rsidRDefault="00000000" w:rsidP="003D070F">
            <w:pPr>
              <w:jc w:val="both"/>
              <w:rPr>
                <w:rFonts w:ascii="Aptos" w:hAnsi="Aptos"/>
                <w:szCs w:val="24"/>
                <w:lang w:val="es-MX"/>
              </w:rPr>
            </w:pPr>
            <w:r w:rsidRPr="009F49B8">
              <w:rPr>
                <w:rFonts w:ascii="Aptos" w:hAnsi="Aptos"/>
                <w:b/>
                <w:szCs w:val="24"/>
                <w:lang w:val="es-MX"/>
              </w:rPr>
              <w:t>Tasa de Interés</w:t>
            </w:r>
          </w:p>
        </w:tc>
        <w:tc>
          <w:tcPr>
            <w:tcW w:w="6141" w:type="dxa"/>
            <w:tcMar>
              <w:top w:w="70" w:type="dxa"/>
              <w:left w:w="90" w:type="dxa"/>
              <w:bottom w:w="70" w:type="dxa"/>
              <w:right w:w="90" w:type="dxa"/>
            </w:tcMar>
            <w:vAlign w:val="center"/>
          </w:tcPr>
          <w:p w14:paraId="6C8E10DB" w14:textId="77777777" w:rsidR="00A35289" w:rsidRPr="009F49B8" w:rsidRDefault="00000000" w:rsidP="003D070F">
            <w:pPr>
              <w:jc w:val="both"/>
              <w:rPr>
                <w:rFonts w:ascii="Aptos" w:hAnsi="Aptos"/>
                <w:szCs w:val="24"/>
                <w:lang w:val="es-MX"/>
              </w:rPr>
            </w:pPr>
            <w:r w:rsidRPr="009F49B8">
              <w:rPr>
                <w:rFonts w:ascii="Aptos" w:hAnsi="Aptos"/>
                <w:szCs w:val="24"/>
                <w:lang w:val="es-MX"/>
              </w:rPr>
              <w:t xml:space="preserve">La tasa anual equivalente a la TIIE 28 más el Margen Aplicable, que actualmente es de 0.41% (cero punto </w:t>
            </w:r>
            <w:r w:rsidRPr="009F49B8">
              <w:rPr>
                <w:rFonts w:ascii="Aptos" w:hAnsi="Aptos"/>
                <w:szCs w:val="24"/>
                <w:lang w:val="es-MX"/>
              </w:rPr>
              <w:lastRenderedPageBreak/>
              <w:t>cuarenta y un por ciento), en términos del Financiamiento BANOBRAS A.</w:t>
            </w:r>
          </w:p>
        </w:tc>
      </w:tr>
      <w:tr w:rsidR="00A35289" w:rsidRPr="006B6CD2" w14:paraId="38F053A5" w14:textId="77777777" w:rsidTr="009F49B8">
        <w:trPr>
          <w:jc w:val="center"/>
        </w:trPr>
        <w:tc>
          <w:tcPr>
            <w:tcW w:w="3262" w:type="dxa"/>
            <w:shd w:val="clear" w:color="auto" w:fill="E7E6E6"/>
            <w:tcMar>
              <w:top w:w="70" w:type="dxa"/>
              <w:left w:w="90" w:type="dxa"/>
              <w:bottom w:w="70" w:type="dxa"/>
              <w:right w:w="90" w:type="dxa"/>
            </w:tcMar>
            <w:vAlign w:val="center"/>
          </w:tcPr>
          <w:p w14:paraId="5427137C" w14:textId="77777777" w:rsidR="00A35289" w:rsidRPr="009F49B8" w:rsidRDefault="00000000" w:rsidP="003D070F">
            <w:pPr>
              <w:jc w:val="both"/>
              <w:rPr>
                <w:rFonts w:ascii="Aptos" w:hAnsi="Aptos"/>
                <w:szCs w:val="24"/>
                <w:lang w:val="es-MX"/>
              </w:rPr>
            </w:pPr>
            <w:r w:rsidRPr="009F49B8">
              <w:rPr>
                <w:rFonts w:ascii="Aptos" w:hAnsi="Aptos"/>
                <w:b/>
                <w:szCs w:val="24"/>
                <w:lang w:val="es-MX"/>
              </w:rPr>
              <w:lastRenderedPageBreak/>
              <w:t>Periodicidad de Pago de intereses</w:t>
            </w:r>
          </w:p>
        </w:tc>
        <w:tc>
          <w:tcPr>
            <w:tcW w:w="6141" w:type="dxa"/>
            <w:tcMar>
              <w:top w:w="70" w:type="dxa"/>
              <w:left w:w="90" w:type="dxa"/>
              <w:bottom w:w="70" w:type="dxa"/>
              <w:right w:w="90" w:type="dxa"/>
            </w:tcMar>
            <w:vAlign w:val="center"/>
          </w:tcPr>
          <w:p w14:paraId="7A2357E8" w14:textId="77777777" w:rsidR="00A35289" w:rsidRPr="009F49B8" w:rsidRDefault="00000000" w:rsidP="003D070F">
            <w:pPr>
              <w:jc w:val="both"/>
              <w:rPr>
                <w:rFonts w:ascii="Aptos" w:hAnsi="Aptos"/>
                <w:szCs w:val="24"/>
                <w:lang w:val="es-MX"/>
              </w:rPr>
            </w:pPr>
            <w:r w:rsidRPr="009F49B8">
              <w:rPr>
                <w:rFonts w:ascii="Aptos" w:hAnsi="Aptos"/>
                <w:szCs w:val="24"/>
                <w:lang w:val="es-MX"/>
              </w:rPr>
              <w:t>Mensual. La Fecha de Pago será el último día de cada mes y, en caso de que dicho día no sea un Día Hábil, el pago se realizará el Día Hábil inmediato siguiente.</w:t>
            </w:r>
          </w:p>
        </w:tc>
      </w:tr>
      <w:tr w:rsidR="00A35289" w:rsidRPr="006B6CD2" w14:paraId="25D8E2E1" w14:textId="77777777" w:rsidTr="009F49B8">
        <w:trPr>
          <w:jc w:val="center"/>
        </w:trPr>
        <w:tc>
          <w:tcPr>
            <w:tcW w:w="3262" w:type="dxa"/>
            <w:shd w:val="clear" w:color="auto" w:fill="E7E6E6"/>
            <w:tcMar>
              <w:top w:w="70" w:type="dxa"/>
              <w:left w:w="90" w:type="dxa"/>
              <w:bottom w:w="70" w:type="dxa"/>
              <w:right w:w="90" w:type="dxa"/>
            </w:tcMar>
            <w:vAlign w:val="center"/>
          </w:tcPr>
          <w:p w14:paraId="76C5BE39" w14:textId="77777777" w:rsidR="00A35289" w:rsidRPr="009F49B8" w:rsidRDefault="00000000" w:rsidP="003D070F">
            <w:pPr>
              <w:jc w:val="both"/>
              <w:rPr>
                <w:rFonts w:ascii="Aptos" w:hAnsi="Aptos"/>
                <w:szCs w:val="24"/>
                <w:lang w:val="es-MX"/>
              </w:rPr>
            </w:pPr>
            <w:r w:rsidRPr="009F49B8">
              <w:rPr>
                <w:rFonts w:ascii="Aptos" w:hAnsi="Aptos"/>
                <w:b/>
                <w:szCs w:val="24"/>
                <w:lang w:val="es-MX"/>
              </w:rPr>
              <w:t>Perfil de Amortizaciones</w:t>
            </w:r>
          </w:p>
        </w:tc>
        <w:tc>
          <w:tcPr>
            <w:tcW w:w="6141" w:type="dxa"/>
            <w:tcMar>
              <w:top w:w="70" w:type="dxa"/>
              <w:left w:w="90" w:type="dxa"/>
              <w:bottom w:w="70" w:type="dxa"/>
              <w:right w:w="90" w:type="dxa"/>
            </w:tcMar>
            <w:vAlign w:val="center"/>
          </w:tcPr>
          <w:p w14:paraId="1B1F9662" w14:textId="77777777" w:rsidR="00A35289" w:rsidRPr="009F49B8" w:rsidRDefault="00000000" w:rsidP="003D070F">
            <w:pPr>
              <w:jc w:val="both"/>
              <w:rPr>
                <w:rFonts w:ascii="Aptos" w:hAnsi="Aptos"/>
                <w:szCs w:val="24"/>
                <w:lang w:val="es-MX"/>
              </w:rPr>
            </w:pPr>
            <w:r w:rsidRPr="009F49B8">
              <w:rPr>
                <w:rFonts w:ascii="Aptos" w:hAnsi="Aptos"/>
                <w:szCs w:val="24"/>
                <w:lang w:val="es-MX"/>
              </w:rPr>
              <w:t>De acuerdo con la tabla de amortización incluida en el Financiamiento BANOBRAS A. La tabla de amortización que ampara el saldo insoluto de las disposiciones realizadas a la fecha se incluye como Anexo B.1 de la Convocatoria.</w:t>
            </w:r>
          </w:p>
        </w:tc>
      </w:tr>
      <w:tr w:rsidR="00A35289" w:rsidRPr="006B6CD2" w14:paraId="45E4C5DB" w14:textId="77777777" w:rsidTr="009F49B8">
        <w:trPr>
          <w:jc w:val="center"/>
        </w:trPr>
        <w:tc>
          <w:tcPr>
            <w:tcW w:w="3262" w:type="dxa"/>
            <w:shd w:val="clear" w:color="auto" w:fill="E7E6E6"/>
            <w:tcMar>
              <w:top w:w="70" w:type="dxa"/>
              <w:left w:w="90" w:type="dxa"/>
              <w:bottom w:w="70" w:type="dxa"/>
              <w:right w:w="90" w:type="dxa"/>
            </w:tcMar>
            <w:vAlign w:val="center"/>
          </w:tcPr>
          <w:p w14:paraId="0C848AD6" w14:textId="77777777" w:rsidR="00A35289" w:rsidRPr="009F49B8" w:rsidRDefault="00000000" w:rsidP="003D070F">
            <w:pPr>
              <w:jc w:val="both"/>
              <w:rPr>
                <w:rFonts w:ascii="Aptos" w:hAnsi="Aptos"/>
                <w:szCs w:val="24"/>
                <w:lang w:val="es-MX"/>
              </w:rPr>
            </w:pPr>
            <w:r w:rsidRPr="009F49B8">
              <w:rPr>
                <w:rFonts w:ascii="Aptos" w:hAnsi="Aptos"/>
                <w:b/>
                <w:szCs w:val="24"/>
                <w:lang w:val="es-MX"/>
              </w:rPr>
              <w:t>Fuente de Pago</w:t>
            </w:r>
          </w:p>
        </w:tc>
        <w:tc>
          <w:tcPr>
            <w:tcW w:w="6141" w:type="dxa"/>
            <w:tcMar>
              <w:top w:w="70" w:type="dxa"/>
              <w:left w:w="90" w:type="dxa"/>
              <w:bottom w:w="70" w:type="dxa"/>
              <w:right w:w="90" w:type="dxa"/>
            </w:tcMar>
            <w:vAlign w:val="center"/>
          </w:tcPr>
          <w:p w14:paraId="53CEF6F4" w14:textId="77777777" w:rsidR="00A35289" w:rsidRPr="009F49B8" w:rsidRDefault="00000000" w:rsidP="003D070F">
            <w:pPr>
              <w:jc w:val="both"/>
              <w:rPr>
                <w:rFonts w:ascii="Aptos" w:hAnsi="Aptos"/>
                <w:szCs w:val="24"/>
                <w:lang w:val="es-MX"/>
              </w:rPr>
            </w:pPr>
            <w:r w:rsidRPr="009F49B8">
              <w:rPr>
                <w:rFonts w:ascii="Aptos" w:hAnsi="Aptos"/>
                <w:szCs w:val="24"/>
                <w:lang w:val="es-MX"/>
              </w:rPr>
              <w:t>El 8.393% (ocho punto trescientos noventa y tres por ciento), del derecho a recibir y los flujos de recursos presentes y futuros que deriven de las Participaciones del Fondo General de Participaciones, excluyendo los recursos que correspondan a los Municipios del Estado derivados del Fondo General de Participaciones e incluyendo (sin estar limitado a) todos los anticipos, enteros y ajustes que se cubran a cuenta de las mismas, conforme a lo establecido en la Ley de Coordinación Fiscal, así como cualesquiera otros fondos.</w:t>
            </w:r>
          </w:p>
        </w:tc>
      </w:tr>
      <w:tr w:rsidR="00A35289" w:rsidRPr="006B6CD2" w14:paraId="7E3746E7" w14:textId="77777777" w:rsidTr="009F49B8">
        <w:trPr>
          <w:jc w:val="center"/>
        </w:trPr>
        <w:tc>
          <w:tcPr>
            <w:tcW w:w="3262" w:type="dxa"/>
            <w:shd w:val="clear" w:color="auto" w:fill="E7E6E6"/>
            <w:tcMar>
              <w:top w:w="70" w:type="dxa"/>
              <w:left w:w="90" w:type="dxa"/>
              <w:bottom w:w="70" w:type="dxa"/>
              <w:right w:w="90" w:type="dxa"/>
            </w:tcMar>
            <w:vAlign w:val="center"/>
          </w:tcPr>
          <w:p w14:paraId="74874CE1" w14:textId="77777777" w:rsidR="00A35289" w:rsidRPr="009F49B8" w:rsidRDefault="00000000" w:rsidP="003D070F">
            <w:pPr>
              <w:jc w:val="both"/>
              <w:rPr>
                <w:rFonts w:ascii="Aptos" w:hAnsi="Aptos"/>
                <w:szCs w:val="24"/>
                <w:lang w:val="es-MX"/>
              </w:rPr>
            </w:pPr>
            <w:r w:rsidRPr="009F49B8">
              <w:rPr>
                <w:rFonts w:ascii="Aptos" w:hAnsi="Aptos"/>
                <w:b/>
                <w:szCs w:val="24"/>
                <w:lang w:val="es-MX"/>
              </w:rPr>
              <w:t>Mecanismo de Fuente de Pago</w:t>
            </w:r>
          </w:p>
        </w:tc>
        <w:tc>
          <w:tcPr>
            <w:tcW w:w="6141" w:type="dxa"/>
            <w:tcMar>
              <w:top w:w="70" w:type="dxa"/>
              <w:left w:w="90" w:type="dxa"/>
              <w:bottom w:w="70" w:type="dxa"/>
              <w:right w:w="90" w:type="dxa"/>
            </w:tcMar>
            <w:vAlign w:val="center"/>
          </w:tcPr>
          <w:p w14:paraId="059D4A47" w14:textId="399E392C" w:rsidR="00A35289" w:rsidRPr="009F49B8" w:rsidRDefault="00000000" w:rsidP="003D070F">
            <w:pPr>
              <w:jc w:val="both"/>
              <w:rPr>
                <w:rFonts w:ascii="Aptos" w:hAnsi="Aptos"/>
                <w:szCs w:val="24"/>
                <w:lang w:val="es-MX"/>
              </w:rPr>
            </w:pPr>
            <w:r w:rsidRPr="009F49B8">
              <w:rPr>
                <w:rFonts w:ascii="Aptos" w:hAnsi="Aptos"/>
                <w:szCs w:val="24"/>
                <w:lang w:val="es-MX"/>
              </w:rPr>
              <w:t>Fideicomiso Maestro Irrevocable de Administración y Fuente de Pago 851-01869, celebrado el 4 de julio de 2019, entre Banco Regional, S.A. Institución de Banca Múltiple, Banregio Grupo Financiero, como fiduciario, y el Estado de Chihuahua, como fideicomitente.</w:t>
            </w:r>
          </w:p>
        </w:tc>
      </w:tr>
      <w:tr w:rsidR="00A35289" w:rsidRPr="009F49B8" w14:paraId="3A1F46DA" w14:textId="77777777" w:rsidTr="009F49B8">
        <w:trPr>
          <w:jc w:val="center"/>
        </w:trPr>
        <w:tc>
          <w:tcPr>
            <w:tcW w:w="3262" w:type="dxa"/>
            <w:shd w:val="clear" w:color="auto" w:fill="E7E6E6"/>
            <w:tcMar>
              <w:top w:w="70" w:type="dxa"/>
              <w:left w:w="90" w:type="dxa"/>
              <w:bottom w:w="70" w:type="dxa"/>
              <w:right w:w="90" w:type="dxa"/>
            </w:tcMar>
            <w:vAlign w:val="center"/>
          </w:tcPr>
          <w:p w14:paraId="29A80634" w14:textId="77777777" w:rsidR="00A35289" w:rsidRPr="009F49B8" w:rsidRDefault="00000000" w:rsidP="003D070F">
            <w:pPr>
              <w:jc w:val="both"/>
              <w:rPr>
                <w:rFonts w:ascii="Aptos" w:hAnsi="Aptos"/>
                <w:szCs w:val="24"/>
                <w:lang w:val="es-MX"/>
              </w:rPr>
            </w:pPr>
            <w:r w:rsidRPr="009F49B8">
              <w:rPr>
                <w:rFonts w:ascii="Aptos" w:hAnsi="Aptos"/>
                <w:b/>
                <w:szCs w:val="24"/>
                <w:lang w:val="es-MX"/>
              </w:rPr>
              <w:t>Clave de Inscripción en el Registro Estatal</w:t>
            </w:r>
          </w:p>
        </w:tc>
        <w:tc>
          <w:tcPr>
            <w:tcW w:w="6141" w:type="dxa"/>
            <w:tcMar>
              <w:top w:w="70" w:type="dxa"/>
              <w:left w:w="90" w:type="dxa"/>
              <w:bottom w:w="70" w:type="dxa"/>
              <w:right w:w="90" w:type="dxa"/>
            </w:tcMar>
            <w:vAlign w:val="center"/>
          </w:tcPr>
          <w:p w14:paraId="2E02BD27" w14:textId="77777777" w:rsidR="00A35289" w:rsidRPr="009F49B8" w:rsidRDefault="00000000" w:rsidP="003D070F">
            <w:pPr>
              <w:jc w:val="both"/>
              <w:rPr>
                <w:rFonts w:ascii="Aptos" w:hAnsi="Aptos"/>
                <w:szCs w:val="24"/>
                <w:lang w:val="es-MX"/>
              </w:rPr>
            </w:pPr>
            <w:r w:rsidRPr="009F49B8">
              <w:rPr>
                <w:rFonts w:ascii="Aptos" w:hAnsi="Aptos"/>
                <w:szCs w:val="24"/>
                <w:lang w:val="es-MX"/>
              </w:rPr>
              <w:t>18/2019.</w:t>
            </w:r>
          </w:p>
        </w:tc>
      </w:tr>
      <w:tr w:rsidR="00A35289" w:rsidRPr="009F49B8" w14:paraId="1B594C19" w14:textId="77777777" w:rsidTr="009F49B8">
        <w:trPr>
          <w:jc w:val="center"/>
        </w:trPr>
        <w:tc>
          <w:tcPr>
            <w:tcW w:w="3262" w:type="dxa"/>
            <w:shd w:val="clear" w:color="auto" w:fill="E7E6E6"/>
            <w:tcMar>
              <w:top w:w="70" w:type="dxa"/>
              <w:left w:w="90" w:type="dxa"/>
              <w:bottom w:w="70" w:type="dxa"/>
              <w:right w:w="90" w:type="dxa"/>
            </w:tcMar>
            <w:vAlign w:val="center"/>
          </w:tcPr>
          <w:p w14:paraId="5CEDF030" w14:textId="77777777" w:rsidR="00A35289" w:rsidRPr="009F49B8" w:rsidRDefault="00000000" w:rsidP="003D070F">
            <w:pPr>
              <w:jc w:val="both"/>
              <w:rPr>
                <w:rFonts w:ascii="Aptos" w:hAnsi="Aptos"/>
                <w:szCs w:val="24"/>
                <w:lang w:val="es-MX"/>
              </w:rPr>
            </w:pPr>
            <w:r w:rsidRPr="009F49B8">
              <w:rPr>
                <w:rFonts w:ascii="Aptos" w:hAnsi="Aptos"/>
                <w:b/>
                <w:szCs w:val="24"/>
                <w:lang w:val="es-MX"/>
              </w:rPr>
              <w:t>Clave de Inscripción en el Registro Público Único</w:t>
            </w:r>
          </w:p>
        </w:tc>
        <w:tc>
          <w:tcPr>
            <w:tcW w:w="6141" w:type="dxa"/>
            <w:tcMar>
              <w:top w:w="70" w:type="dxa"/>
              <w:left w:w="90" w:type="dxa"/>
              <w:bottom w:w="70" w:type="dxa"/>
              <w:right w:w="90" w:type="dxa"/>
            </w:tcMar>
            <w:vAlign w:val="center"/>
          </w:tcPr>
          <w:p w14:paraId="2F2436DB" w14:textId="77777777" w:rsidR="00A35289" w:rsidRPr="009F49B8" w:rsidRDefault="00000000" w:rsidP="003D070F">
            <w:pPr>
              <w:jc w:val="both"/>
              <w:rPr>
                <w:rFonts w:ascii="Aptos" w:hAnsi="Aptos"/>
                <w:szCs w:val="24"/>
                <w:lang w:val="es-MX"/>
              </w:rPr>
            </w:pPr>
            <w:r w:rsidRPr="009F49B8">
              <w:rPr>
                <w:rFonts w:ascii="Aptos" w:hAnsi="Aptos"/>
                <w:szCs w:val="24"/>
                <w:lang w:val="es-MX"/>
              </w:rPr>
              <w:t>P08-0819029.</w:t>
            </w:r>
          </w:p>
        </w:tc>
      </w:tr>
      <w:tr w:rsidR="00A35289" w:rsidRPr="009F49B8" w14:paraId="5E10A1E4" w14:textId="77777777" w:rsidTr="009F49B8">
        <w:trPr>
          <w:jc w:val="center"/>
        </w:trPr>
        <w:tc>
          <w:tcPr>
            <w:tcW w:w="3262" w:type="dxa"/>
            <w:shd w:val="clear" w:color="auto" w:fill="E7E6E6"/>
            <w:tcMar>
              <w:top w:w="70" w:type="dxa"/>
              <w:left w:w="90" w:type="dxa"/>
              <w:bottom w:w="70" w:type="dxa"/>
              <w:right w:w="90" w:type="dxa"/>
            </w:tcMar>
            <w:vAlign w:val="center"/>
          </w:tcPr>
          <w:p w14:paraId="4BC91B12" w14:textId="77777777" w:rsidR="00A35289" w:rsidRPr="009F49B8" w:rsidRDefault="00000000" w:rsidP="003D070F">
            <w:pPr>
              <w:jc w:val="both"/>
              <w:rPr>
                <w:rFonts w:ascii="Aptos" w:hAnsi="Aptos"/>
                <w:szCs w:val="24"/>
                <w:lang w:val="es-MX"/>
              </w:rPr>
            </w:pPr>
            <w:r w:rsidRPr="009F49B8">
              <w:rPr>
                <w:rFonts w:ascii="Aptos" w:hAnsi="Aptos"/>
                <w:b/>
                <w:szCs w:val="24"/>
                <w:lang w:val="es-MX"/>
              </w:rPr>
              <w:t>Folio de Inscripción en el Registro del Fideicomiso</w:t>
            </w:r>
          </w:p>
        </w:tc>
        <w:tc>
          <w:tcPr>
            <w:tcW w:w="6141" w:type="dxa"/>
            <w:tcMar>
              <w:top w:w="70" w:type="dxa"/>
              <w:left w:w="90" w:type="dxa"/>
              <w:bottom w:w="70" w:type="dxa"/>
              <w:right w:w="90" w:type="dxa"/>
            </w:tcMar>
            <w:vAlign w:val="center"/>
          </w:tcPr>
          <w:p w14:paraId="7D206005" w14:textId="77777777" w:rsidR="00A35289" w:rsidRPr="009F49B8" w:rsidRDefault="00000000" w:rsidP="003D070F">
            <w:pPr>
              <w:jc w:val="both"/>
              <w:rPr>
                <w:rFonts w:ascii="Aptos" w:hAnsi="Aptos"/>
                <w:szCs w:val="24"/>
                <w:lang w:val="es-MX"/>
              </w:rPr>
            </w:pPr>
            <w:r w:rsidRPr="009F49B8">
              <w:rPr>
                <w:rFonts w:ascii="Aptos" w:hAnsi="Aptos"/>
                <w:szCs w:val="24"/>
                <w:lang w:val="es-MX"/>
              </w:rPr>
              <w:t>003/2019.</w:t>
            </w:r>
          </w:p>
        </w:tc>
      </w:tr>
    </w:tbl>
    <w:p w14:paraId="3F1F8E41" w14:textId="77777777" w:rsidR="00A35289" w:rsidRPr="009F49B8" w:rsidRDefault="00A35289" w:rsidP="009F49B8">
      <w:pPr>
        <w:spacing w:after="0" w:line="240" w:lineRule="auto"/>
        <w:rPr>
          <w:rFonts w:ascii="Aptos" w:hAnsi="Aptos"/>
          <w:szCs w:val="24"/>
          <w:lang w:val="es-MX"/>
        </w:rPr>
      </w:pPr>
    </w:p>
    <w:p w14:paraId="38A13911" w14:textId="77777777" w:rsidR="00A35289" w:rsidRPr="009F49B8" w:rsidRDefault="00000000" w:rsidP="009F49B8">
      <w:pPr>
        <w:spacing w:after="0" w:line="240" w:lineRule="auto"/>
        <w:jc w:val="both"/>
        <w:rPr>
          <w:rFonts w:ascii="Aptos" w:hAnsi="Aptos"/>
          <w:szCs w:val="24"/>
          <w:lang w:val="es-MX"/>
        </w:rPr>
      </w:pPr>
      <w:r w:rsidRPr="009F49B8">
        <w:rPr>
          <w:rFonts w:ascii="Aptos" w:hAnsi="Aptos"/>
          <w:b/>
          <w:szCs w:val="24"/>
          <w:lang w:val="es-MX"/>
        </w:rPr>
        <w:t>Manifestaciones de la Institución Financiera.</w:t>
      </w:r>
    </w:p>
    <w:p w14:paraId="2620CDEC" w14:textId="77777777" w:rsidR="003D070F" w:rsidRDefault="003D070F" w:rsidP="003D070F">
      <w:pPr>
        <w:spacing w:after="0" w:line="240" w:lineRule="auto"/>
        <w:jc w:val="both"/>
        <w:rPr>
          <w:rFonts w:ascii="Aptos" w:hAnsi="Aptos"/>
          <w:szCs w:val="24"/>
          <w:lang w:val="es-MX"/>
        </w:rPr>
      </w:pPr>
    </w:p>
    <w:p w14:paraId="1C1718C5" w14:textId="57D1C935" w:rsidR="00A35289" w:rsidRPr="009F49B8" w:rsidRDefault="00000000" w:rsidP="009F49B8">
      <w:pPr>
        <w:spacing w:after="0" w:line="240" w:lineRule="auto"/>
        <w:jc w:val="both"/>
        <w:rPr>
          <w:rFonts w:ascii="Aptos" w:hAnsi="Aptos"/>
          <w:szCs w:val="24"/>
          <w:lang w:val="es-MX"/>
        </w:rPr>
      </w:pPr>
      <w:r w:rsidRPr="009F49B8">
        <w:rPr>
          <w:rFonts w:ascii="Aptos" w:hAnsi="Aptos"/>
          <w:szCs w:val="24"/>
          <w:lang w:val="es-MX"/>
        </w:rPr>
        <w:t>La Institución Financiera, a través de su [representante legal / representantes legales], manifiesta, bajo protesta de decir verdad, que:</w:t>
      </w:r>
    </w:p>
    <w:p w14:paraId="03D6E619" w14:textId="77777777" w:rsidR="003D070F" w:rsidRDefault="003D070F" w:rsidP="003D070F">
      <w:pPr>
        <w:spacing w:after="0" w:line="240" w:lineRule="auto"/>
        <w:ind w:left="360" w:hanging="259"/>
        <w:jc w:val="both"/>
        <w:rPr>
          <w:rFonts w:ascii="Aptos" w:hAnsi="Aptos"/>
          <w:szCs w:val="24"/>
          <w:lang w:val="es-MX"/>
        </w:rPr>
      </w:pPr>
    </w:p>
    <w:p w14:paraId="3D1DFE01" w14:textId="151FE668"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1. Es una Institución Financiera de nacionalidad mexicana y se encuentra autorizada para celebrar operaciones financieras derivadas;</w:t>
      </w:r>
    </w:p>
    <w:p w14:paraId="7C1D8536" w14:textId="77777777" w:rsidR="003D070F" w:rsidRDefault="003D070F" w:rsidP="003D070F">
      <w:pPr>
        <w:spacing w:after="0" w:line="240" w:lineRule="auto"/>
        <w:ind w:left="360" w:hanging="259"/>
        <w:jc w:val="both"/>
        <w:rPr>
          <w:rFonts w:ascii="Aptos" w:hAnsi="Aptos"/>
          <w:szCs w:val="24"/>
          <w:lang w:val="es-MX"/>
        </w:rPr>
      </w:pPr>
    </w:p>
    <w:p w14:paraId="42A64E4B" w14:textId="38464DA5"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2. 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7F726DE1" w14:textId="77777777" w:rsidR="003D070F" w:rsidRDefault="003D070F" w:rsidP="003D070F">
      <w:pPr>
        <w:spacing w:after="0" w:line="240" w:lineRule="auto"/>
        <w:ind w:left="360" w:hanging="259"/>
        <w:jc w:val="both"/>
        <w:rPr>
          <w:rFonts w:ascii="Aptos" w:hAnsi="Aptos"/>
          <w:szCs w:val="24"/>
          <w:lang w:val="es-MX"/>
        </w:rPr>
      </w:pPr>
    </w:p>
    <w:p w14:paraId="01167C99" w14:textId="35685ADC"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3. Ha acreditado previamente las facultades de sus representantes para suscribir la Oferta y, en caso de resultar ganadora, la Confirmación correspondiente;</w:t>
      </w:r>
    </w:p>
    <w:p w14:paraId="5E698BF1" w14:textId="77777777" w:rsidR="003D070F" w:rsidRDefault="003D070F" w:rsidP="003D070F">
      <w:pPr>
        <w:spacing w:after="0" w:line="240" w:lineRule="auto"/>
        <w:ind w:left="360" w:hanging="259"/>
        <w:jc w:val="both"/>
        <w:rPr>
          <w:rFonts w:ascii="Aptos" w:hAnsi="Aptos"/>
          <w:szCs w:val="24"/>
          <w:lang w:val="es-MX"/>
        </w:rPr>
      </w:pPr>
    </w:p>
    <w:p w14:paraId="56B6BBE4" w14:textId="743989D4"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4. [Su representante legal tiene / Sus representantes legales tienen] facultades suficientes para representar a la Institución Financiera y presentar la presente Oferta, las cuales no le han sido revocadas, modificadas o limitadas en forma alguna;</w:t>
      </w:r>
    </w:p>
    <w:p w14:paraId="0D592388" w14:textId="77777777" w:rsidR="003D070F" w:rsidRDefault="003D070F" w:rsidP="003D070F">
      <w:pPr>
        <w:spacing w:after="0" w:line="240" w:lineRule="auto"/>
        <w:ind w:left="360" w:hanging="259"/>
        <w:jc w:val="both"/>
        <w:rPr>
          <w:rFonts w:ascii="Aptos" w:hAnsi="Aptos"/>
          <w:szCs w:val="24"/>
          <w:lang w:val="es-MX"/>
        </w:rPr>
      </w:pPr>
    </w:p>
    <w:p w14:paraId="3B531084" w14:textId="71F2DEC5"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5. Cuenta con el Contrato Marco suscrito y actualizado con el Estado, así como con el suplemento de operaciones financieras y, en su caso, el Anexo CAP;</w:t>
      </w:r>
    </w:p>
    <w:p w14:paraId="78C22E1E" w14:textId="77777777" w:rsidR="003D070F" w:rsidRDefault="003D070F" w:rsidP="003D070F">
      <w:pPr>
        <w:spacing w:after="0" w:line="240" w:lineRule="auto"/>
        <w:ind w:left="360" w:hanging="259"/>
        <w:jc w:val="both"/>
        <w:rPr>
          <w:rFonts w:ascii="Aptos" w:hAnsi="Aptos"/>
          <w:szCs w:val="24"/>
          <w:lang w:val="es-MX"/>
        </w:rPr>
      </w:pPr>
    </w:p>
    <w:p w14:paraId="7CAD7277" w14:textId="754BD1F2"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6. Sus órganos internos competentes autorizaron la Oferta en los términos contenidos en el presente documento, la cual constituye una Oferta en firme, vinculante e irrevocable, con una vigencia hasta las 16:00 horas del 30 de septiembre de 2026;</w:t>
      </w:r>
    </w:p>
    <w:p w14:paraId="1B6D44F1" w14:textId="77777777" w:rsidR="003D070F" w:rsidRDefault="003D070F" w:rsidP="003D070F">
      <w:pPr>
        <w:spacing w:after="0" w:line="240" w:lineRule="auto"/>
        <w:ind w:left="360" w:hanging="259"/>
        <w:jc w:val="both"/>
        <w:rPr>
          <w:rFonts w:ascii="Aptos" w:hAnsi="Aptos"/>
          <w:szCs w:val="24"/>
          <w:lang w:val="es-MX"/>
        </w:rPr>
      </w:pPr>
    </w:p>
    <w:p w14:paraId="250D2942" w14:textId="1D77E3DD"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7. No ha comentado con otras Instituciones Financieras el alcance y términos de la Oferta, ni en forma alguna se ha puesto de acuerdo con otras Instituciones Financieras competidoras respecto de su participación en la Licitación, y</w:t>
      </w:r>
    </w:p>
    <w:p w14:paraId="30C7F7E6" w14:textId="77777777" w:rsidR="003D070F" w:rsidRDefault="003D070F" w:rsidP="003D070F">
      <w:pPr>
        <w:spacing w:after="0" w:line="240" w:lineRule="auto"/>
        <w:ind w:left="360" w:hanging="259"/>
        <w:jc w:val="both"/>
        <w:rPr>
          <w:rFonts w:ascii="Aptos" w:hAnsi="Aptos"/>
          <w:szCs w:val="24"/>
          <w:lang w:val="es-MX"/>
        </w:rPr>
      </w:pPr>
    </w:p>
    <w:p w14:paraId="04F47D5B" w14:textId="0DC0995B" w:rsidR="00A35289" w:rsidRPr="009F49B8" w:rsidRDefault="00000000" w:rsidP="009F49B8">
      <w:pPr>
        <w:spacing w:after="0" w:line="240" w:lineRule="auto"/>
        <w:ind w:left="360" w:hanging="259"/>
        <w:jc w:val="both"/>
        <w:rPr>
          <w:rFonts w:ascii="Aptos" w:hAnsi="Aptos"/>
          <w:szCs w:val="24"/>
          <w:lang w:val="es-MX"/>
        </w:rPr>
      </w:pPr>
      <w:r w:rsidRPr="009F49B8">
        <w:rPr>
          <w:rFonts w:ascii="Aptos" w:hAnsi="Aptos"/>
          <w:szCs w:val="24"/>
          <w:lang w:val="es-MX"/>
        </w:rPr>
        <w:t>8. No se encuentra impedida para contratar con el Estado, de conformidad con la normatividad aplicable.</w:t>
      </w:r>
    </w:p>
    <w:p w14:paraId="0B669A78" w14:textId="77777777" w:rsidR="003D070F" w:rsidRDefault="003D070F" w:rsidP="003D070F">
      <w:pPr>
        <w:spacing w:after="0" w:line="240" w:lineRule="auto"/>
        <w:jc w:val="both"/>
        <w:rPr>
          <w:rFonts w:ascii="Aptos" w:hAnsi="Aptos"/>
          <w:b/>
          <w:szCs w:val="24"/>
          <w:lang w:val="es-MX"/>
        </w:rPr>
      </w:pPr>
    </w:p>
    <w:p w14:paraId="3279BE43" w14:textId="223CA3DA" w:rsidR="00A35289" w:rsidRPr="009F49B8" w:rsidRDefault="00000000" w:rsidP="009F49B8">
      <w:pPr>
        <w:spacing w:after="0" w:line="240" w:lineRule="auto"/>
        <w:jc w:val="both"/>
        <w:rPr>
          <w:rFonts w:ascii="Aptos" w:hAnsi="Aptos"/>
          <w:b/>
          <w:szCs w:val="24"/>
          <w:lang w:val="es-MX"/>
        </w:rPr>
      </w:pPr>
      <w:r w:rsidRPr="009F49B8">
        <w:rPr>
          <w:rFonts w:ascii="Aptos" w:hAnsi="Aptos"/>
          <w:b/>
          <w:szCs w:val="24"/>
          <w:lang w:val="es-MX"/>
        </w:rPr>
        <w:t>Información de contacto en la Institución Financiera.</w:t>
      </w:r>
    </w:p>
    <w:p w14:paraId="183CA2D3" w14:textId="77777777" w:rsidR="003D070F" w:rsidRDefault="003D070F" w:rsidP="003D070F">
      <w:pPr>
        <w:spacing w:after="0" w:line="240" w:lineRule="auto"/>
        <w:jc w:val="both"/>
        <w:rPr>
          <w:rFonts w:ascii="Aptos" w:hAnsi="Aptos"/>
          <w:szCs w:val="24"/>
          <w:lang w:val="es-MX"/>
        </w:rPr>
      </w:pPr>
    </w:p>
    <w:p w14:paraId="0384DEA5" w14:textId="4FC6C9E8" w:rsidR="00A35289" w:rsidRPr="009F49B8" w:rsidRDefault="00000000" w:rsidP="009F49B8">
      <w:pPr>
        <w:spacing w:after="0" w:line="240" w:lineRule="auto"/>
        <w:jc w:val="both"/>
        <w:rPr>
          <w:rFonts w:ascii="Aptos" w:hAnsi="Aptos"/>
          <w:szCs w:val="24"/>
          <w:lang w:val="es-MX"/>
        </w:rPr>
      </w:pPr>
      <w:r w:rsidRPr="009F49B8">
        <w:rPr>
          <w:rFonts w:ascii="Aptos" w:hAnsi="Aptos"/>
          <w:szCs w:val="24"/>
          <w:lang w:val="es-MX"/>
        </w:rPr>
        <w:t>La Institución Financiera señala los siguientes datos de contacto para efecto de cualquier comunicación en relación con la Licitación Pública:</w:t>
      </w:r>
    </w:p>
    <w:p w14:paraId="1B5E0C4D" w14:textId="77777777" w:rsidR="00A35289" w:rsidRPr="009F49B8" w:rsidRDefault="00000000" w:rsidP="003D070F">
      <w:pPr>
        <w:spacing w:after="0" w:line="240" w:lineRule="auto"/>
        <w:jc w:val="both"/>
        <w:rPr>
          <w:rFonts w:ascii="Aptos" w:hAnsi="Aptos"/>
          <w:szCs w:val="24"/>
          <w:lang w:val="es-MX"/>
        </w:rPr>
      </w:pPr>
      <w:r w:rsidRPr="009F49B8">
        <w:rPr>
          <w:rFonts w:ascii="Aptos" w:hAnsi="Aptos"/>
          <w:szCs w:val="24"/>
          <w:lang w:val="es-MX"/>
        </w:rPr>
        <w:t>Domicilio: [*]</w:t>
      </w:r>
    </w:p>
    <w:p w14:paraId="020AADD5" w14:textId="77777777" w:rsidR="00A35289" w:rsidRPr="009F49B8" w:rsidRDefault="00000000" w:rsidP="003D070F">
      <w:pPr>
        <w:spacing w:after="0" w:line="240" w:lineRule="auto"/>
        <w:jc w:val="both"/>
        <w:rPr>
          <w:rFonts w:ascii="Aptos" w:hAnsi="Aptos"/>
          <w:szCs w:val="24"/>
          <w:lang w:val="es-MX"/>
        </w:rPr>
      </w:pPr>
      <w:r w:rsidRPr="009F49B8">
        <w:rPr>
          <w:rFonts w:ascii="Aptos" w:hAnsi="Aptos"/>
          <w:szCs w:val="24"/>
          <w:lang w:val="es-MX"/>
        </w:rPr>
        <w:t>Teléfono: [*]</w:t>
      </w:r>
    </w:p>
    <w:p w14:paraId="6EBB7F45" w14:textId="77777777" w:rsidR="00A35289" w:rsidRPr="009F49B8" w:rsidRDefault="00000000" w:rsidP="003D070F">
      <w:pPr>
        <w:spacing w:after="0" w:line="240" w:lineRule="auto"/>
        <w:jc w:val="both"/>
        <w:rPr>
          <w:rFonts w:ascii="Aptos" w:hAnsi="Aptos"/>
          <w:szCs w:val="24"/>
          <w:lang w:val="es-MX"/>
        </w:rPr>
      </w:pPr>
      <w:r w:rsidRPr="009F49B8">
        <w:rPr>
          <w:rFonts w:ascii="Aptos" w:hAnsi="Aptos"/>
          <w:szCs w:val="24"/>
          <w:lang w:val="es-MX"/>
        </w:rPr>
        <w:t>En atención a: [*]</w:t>
      </w:r>
    </w:p>
    <w:p w14:paraId="2A0E716E" w14:textId="77777777" w:rsidR="00A35289" w:rsidRPr="009F49B8" w:rsidRDefault="00000000" w:rsidP="003D070F">
      <w:pPr>
        <w:spacing w:after="0" w:line="240" w:lineRule="auto"/>
        <w:jc w:val="both"/>
        <w:rPr>
          <w:rFonts w:ascii="Aptos" w:hAnsi="Aptos"/>
          <w:szCs w:val="24"/>
          <w:lang w:val="es-MX"/>
        </w:rPr>
      </w:pPr>
      <w:r w:rsidRPr="009F49B8">
        <w:rPr>
          <w:rFonts w:ascii="Aptos" w:hAnsi="Aptos"/>
          <w:szCs w:val="24"/>
          <w:lang w:val="es-MX"/>
        </w:rPr>
        <w:t>Correo electrónico: [*]</w:t>
      </w:r>
    </w:p>
    <w:p w14:paraId="07226101" w14:textId="77777777" w:rsidR="00A35289" w:rsidRPr="009F49B8" w:rsidRDefault="00A35289" w:rsidP="009F49B8">
      <w:pPr>
        <w:spacing w:after="0" w:line="240" w:lineRule="auto"/>
        <w:rPr>
          <w:rFonts w:ascii="Aptos" w:hAnsi="Aptos"/>
          <w:szCs w:val="24"/>
          <w:lang w:val="es-MX"/>
        </w:rPr>
      </w:pPr>
    </w:p>
    <w:p w14:paraId="4CF0273F" w14:textId="77777777" w:rsidR="00A35289" w:rsidRPr="009F49B8" w:rsidRDefault="00000000" w:rsidP="003D070F">
      <w:pPr>
        <w:spacing w:after="0" w:line="240" w:lineRule="auto"/>
        <w:jc w:val="center"/>
        <w:rPr>
          <w:rFonts w:ascii="Aptos" w:hAnsi="Aptos"/>
          <w:szCs w:val="24"/>
          <w:lang w:val="es-MX"/>
        </w:rPr>
      </w:pPr>
      <w:r w:rsidRPr="009F49B8">
        <w:rPr>
          <w:rFonts w:ascii="Aptos" w:hAnsi="Aptos"/>
          <w:szCs w:val="24"/>
          <w:lang w:val="es-MX"/>
        </w:rPr>
        <w:t>Atentamente</w:t>
      </w:r>
    </w:p>
    <w:p w14:paraId="341E8B75" w14:textId="77777777" w:rsidR="00A35289" w:rsidRDefault="00000000" w:rsidP="003D070F">
      <w:pPr>
        <w:spacing w:after="0" w:line="240" w:lineRule="auto"/>
        <w:jc w:val="center"/>
        <w:rPr>
          <w:rFonts w:ascii="Aptos" w:hAnsi="Aptos"/>
          <w:b/>
          <w:szCs w:val="24"/>
          <w:lang w:val="es-MX"/>
        </w:rPr>
      </w:pPr>
      <w:r w:rsidRPr="009F49B8">
        <w:rPr>
          <w:rFonts w:ascii="Aptos" w:hAnsi="Aptos"/>
          <w:b/>
          <w:szCs w:val="24"/>
          <w:lang w:val="es-MX"/>
        </w:rPr>
        <w:t>[Nombre de la Institución Financiera]</w:t>
      </w:r>
    </w:p>
    <w:p w14:paraId="2EE13DFB" w14:textId="77777777" w:rsidR="003D070F" w:rsidRDefault="003D070F" w:rsidP="003D070F">
      <w:pPr>
        <w:spacing w:after="0" w:line="240" w:lineRule="auto"/>
        <w:jc w:val="center"/>
        <w:rPr>
          <w:rFonts w:ascii="Aptos" w:hAnsi="Aptos"/>
          <w:b/>
          <w:szCs w:val="24"/>
          <w:lang w:val="es-MX"/>
        </w:rPr>
      </w:pPr>
    </w:p>
    <w:p w14:paraId="4C6D41E6" w14:textId="77777777" w:rsidR="003D070F" w:rsidRDefault="003D070F" w:rsidP="003D070F">
      <w:pPr>
        <w:spacing w:after="0" w:line="240" w:lineRule="auto"/>
        <w:jc w:val="center"/>
        <w:rPr>
          <w:rFonts w:ascii="Aptos" w:hAnsi="Aptos"/>
          <w:b/>
          <w:szCs w:val="24"/>
          <w:lang w:val="es-MX"/>
        </w:rPr>
      </w:pPr>
    </w:p>
    <w:p w14:paraId="339DD819" w14:textId="77777777" w:rsidR="0091329C" w:rsidRPr="009F49B8" w:rsidRDefault="0091329C" w:rsidP="009F49B8">
      <w:pPr>
        <w:spacing w:after="0" w:line="240" w:lineRule="auto"/>
        <w:jc w:val="center"/>
        <w:rPr>
          <w:rFonts w:ascii="Aptos" w:hAnsi="Aptos"/>
          <w:szCs w:val="24"/>
          <w:lang w:val="es-MX"/>
        </w:rPr>
      </w:pPr>
    </w:p>
    <w:p w14:paraId="12D8CCBE" w14:textId="77777777" w:rsidR="00A35289" w:rsidRPr="009F49B8" w:rsidRDefault="00000000" w:rsidP="003D070F">
      <w:pPr>
        <w:spacing w:after="0" w:line="240" w:lineRule="auto"/>
        <w:jc w:val="center"/>
        <w:rPr>
          <w:rFonts w:ascii="Aptos" w:hAnsi="Aptos"/>
          <w:szCs w:val="24"/>
          <w:lang w:val="es-MX"/>
        </w:rPr>
      </w:pPr>
      <w:r w:rsidRPr="009F49B8">
        <w:rPr>
          <w:rFonts w:ascii="Aptos" w:hAnsi="Aptos"/>
          <w:szCs w:val="24"/>
          <w:lang w:val="es-MX"/>
        </w:rPr>
        <w:t>________________________________</w:t>
      </w:r>
    </w:p>
    <w:p w14:paraId="22334235" w14:textId="77777777" w:rsidR="00A35289" w:rsidRPr="009F49B8" w:rsidRDefault="00000000" w:rsidP="003D070F">
      <w:pPr>
        <w:spacing w:after="0" w:line="240" w:lineRule="auto"/>
        <w:jc w:val="center"/>
        <w:rPr>
          <w:rFonts w:ascii="Aptos" w:hAnsi="Aptos"/>
          <w:szCs w:val="24"/>
          <w:lang w:val="es-MX"/>
        </w:rPr>
      </w:pPr>
      <w:r w:rsidRPr="009F49B8">
        <w:rPr>
          <w:rFonts w:ascii="Aptos" w:hAnsi="Aptos"/>
          <w:szCs w:val="24"/>
          <w:lang w:val="es-MX"/>
        </w:rPr>
        <w:t>Nombre [del representante legal / de los representantes legales]</w:t>
      </w:r>
    </w:p>
    <w:sectPr w:rsidR="00A35289" w:rsidRPr="009F49B8" w:rsidSect="009F49B8">
      <w:headerReference w:type="default" r:id="rId8"/>
      <w:pgSz w:w="12240" w:h="15840"/>
      <w:pgMar w:top="1701"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45FAF1" w14:textId="77777777" w:rsidR="00C46053" w:rsidRDefault="00C46053" w:rsidP="003D070F">
      <w:pPr>
        <w:spacing w:after="0" w:line="240" w:lineRule="auto"/>
      </w:pPr>
      <w:r>
        <w:separator/>
      </w:r>
    </w:p>
  </w:endnote>
  <w:endnote w:type="continuationSeparator" w:id="0">
    <w:p w14:paraId="1D251749" w14:textId="77777777" w:rsidR="00C46053" w:rsidRDefault="00C46053" w:rsidP="003D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4DDCFA" w14:textId="77777777" w:rsidR="00C46053" w:rsidRDefault="00C46053" w:rsidP="003D070F">
      <w:pPr>
        <w:spacing w:after="0" w:line="240" w:lineRule="auto"/>
      </w:pPr>
      <w:r>
        <w:separator/>
      </w:r>
    </w:p>
  </w:footnote>
  <w:footnote w:type="continuationSeparator" w:id="0">
    <w:p w14:paraId="38C194C3" w14:textId="77777777" w:rsidR="00C46053" w:rsidRDefault="00C46053" w:rsidP="003D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E930F" w14:textId="77777777" w:rsidR="003D070F" w:rsidRPr="006146DE" w:rsidRDefault="003D070F" w:rsidP="003D070F">
    <w:pPr>
      <w:spacing w:after="0" w:line="240" w:lineRule="auto"/>
      <w:jc w:val="center"/>
      <w:rPr>
        <w:rFonts w:ascii="Aptos" w:hAnsi="Aptos"/>
        <w:szCs w:val="24"/>
        <w:lang w:val="es-MX"/>
      </w:rPr>
    </w:pPr>
    <w:r w:rsidRPr="006146DE">
      <w:rPr>
        <w:rFonts w:ascii="Aptos" w:hAnsi="Aptos"/>
        <w:i/>
        <w:szCs w:val="24"/>
        <w:lang w:val="es-MX"/>
      </w:rPr>
      <w:t>[Hoja membretada de la Institución Financiera Correspondiente]</w:t>
    </w:r>
  </w:p>
  <w:p w14:paraId="066A556D" w14:textId="77777777" w:rsidR="003D070F" w:rsidRPr="009F49B8" w:rsidRDefault="003D070F">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0547971">
    <w:abstractNumId w:val="8"/>
  </w:num>
  <w:num w:numId="2" w16cid:durableId="1930232839">
    <w:abstractNumId w:val="6"/>
  </w:num>
  <w:num w:numId="3" w16cid:durableId="902523373">
    <w:abstractNumId w:val="5"/>
  </w:num>
  <w:num w:numId="4" w16cid:durableId="712998616">
    <w:abstractNumId w:val="4"/>
  </w:num>
  <w:num w:numId="5" w16cid:durableId="1638028254">
    <w:abstractNumId w:val="7"/>
  </w:num>
  <w:num w:numId="6" w16cid:durableId="417017658">
    <w:abstractNumId w:val="3"/>
  </w:num>
  <w:num w:numId="7" w16cid:durableId="1401951021">
    <w:abstractNumId w:val="2"/>
  </w:num>
  <w:num w:numId="8" w16cid:durableId="2092123573">
    <w:abstractNumId w:val="1"/>
  </w:num>
  <w:num w:numId="9" w16cid:durableId="20767325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713A"/>
    <w:rsid w:val="00231BBE"/>
    <w:rsid w:val="0029639D"/>
    <w:rsid w:val="00326F90"/>
    <w:rsid w:val="003D070F"/>
    <w:rsid w:val="00503F1A"/>
    <w:rsid w:val="006B6CD2"/>
    <w:rsid w:val="0091329C"/>
    <w:rsid w:val="009F49B8"/>
    <w:rsid w:val="00A35289"/>
    <w:rsid w:val="00AA1D8D"/>
    <w:rsid w:val="00B47730"/>
    <w:rsid w:val="00BF55F3"/>
    <w:rsid w:val="00C46053"/>
    <w:rsid w:val="00C968C6"/>
    <w:rsid w:val="00CB0664"/>
    <w:rsid w:val="00D23A8F"/>
    <w:rsid w:val="00E8685A"/>
    <w:rsid w:val="00EC67AA"/>
    <w:rsid w:val="00F727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6E0FC5"/>
  <w14:defaultImageDpi w14:val="300"/>
  <w15:docId w15:val="{11C68F86-CDF4-6740-A5E2-CA2EB7E5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968C6"/>
    <w:pPr>
      <w:spacing w:after="0" w:line="240" w:lineRule="auto"/>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8014</Characters>
  <Application>Microsoft Office Word</Application>
  <DocSecurity>0</DocSecurity>
  <Lines>228</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4</cp:revision>
  <cp:lastPrinted>2026-09-24T19:01:00Z</cp:lastPrinted>
  <dcterms:created xsi:type="dcterms:W3CDTF">2026-09-24T20:47:00Z</dcterms:created>
  <dcterms:modified xsi:type="dcterms:W3CDTF">2026-09-24T20:54:00Z</dcterms:modified>
  <cp:category/>
</cp:coreProperties>
</file>